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8791" w14:textId="075D88ED" w:rsidR="009D0301" w:rsidRPr="00EE5624" w:rsidRDefault="002E0487">
      <w:pPr>
        <w:jc w:val="center"/>
        <w:rPr>
          <w:color w:val="C92274"/>
          <w:lang w:val="nl-BE"/>
        </w:rPr>
      </w:pPr>
      <w:r w:rsidRPr="00EE5624">
        <w:rPr>
          <w:b/>
          <w:bCs/>
          <w:color w:val="C92274"/>
          <w:sz w:val="44"/>
          <w:szCs w:val="44"/>
          <w:lang w:val="nl-BE"/>
        </w:rPr>
        <w:t>AANVRAAG</w:t>
      </w:r>
      <w:r w:rsidR="00D67699" w:rsidRPr="00EE5624">
        <w:rPr>
          <w:b/>
          <w:bCs/>
          <w:color w:val="C92274"/>
          <w:sz w:val="44"/>
          <w:szCs w:val="44"/>
          <w:lang w:val="nl-BE"/>
        </w:rPr>
        <w:t>FORMULIER</w:t>
      </w:r>
    </w:p>
    <w:p w14:paraId="5648BA04" w14:textId="77777777" w:rsidR="009D0301" w:rsidRPr="00EE5624" w:rsidRDefault="003D186D">
      <w:pPr>
        <w:jc w:val="center"/>
        <w:rPr>
          <w:color w:val="2F3E8B"/>
          <w:lang w:val="nl-BE"/>
        </w:rPr>
      </w:pPr>
      <w:r w:rsidRPr="00EE5624">
        <w:rPr>
          <w:b/>
          <w:bCs/>
          <w:color w:val="2F3E8B"/>
          <w:sz w:val="24"/>
          <w:szCs w:val="24"/>
          <w:lang w:val="nl-BE"/>
        </w:rPr>
        <w:t>Projectoproep voor Brusselse gemeenten met betrekking tot de verfraaiing van openbare ruimtes</w:t>
      </w:r>
    </w:p>
    <w:p w14:paraId="3743C7CA" w14:textId="77777777" w:rsidR="00703480" w:rsidRPr="00010C26" w:rsidRDefault="00703480">
      <w:pPr>
        <w:jc w:val="center"/>
        <w:rPr>
          <w:b/>
          <w:color w:val="273E95"/>
          <w:sz w:val="24"/>
          <w:lang w:val="nl-BE"/>
        </w:rPr>
      </w:pPr>
    </w:p>
    <w:tbl>
      <w:tblPr>
        <w:tblW w:w="0" w:type="auto"/>
        <w:tblCellMar>
          <w:left w:w="0" w:type="dxa"/>
          <w:right w:w="0" w:type="dxa"/>
        </w:tblCellMar>
        <w:tblLook w:val="04A0" w:firstRow="1" w:lastRow="0" w:firstColumn="1" w:lastColumn="0" w:noHBand="0" w:noVBand="1"/>
      </w:tblPr>
      <w:tblGrid>
        <w:gridCol w:w="10292"/>
      </w:tblGrid>
      <w:tr w:rsidR="003D186D" w:rsidRPr="00010C26" w14:paraId="56FF27DE" w14:textId="77777777">
        <w:tc>
          <w:tcPr>
            <w:tcW w:w="10312" w:type="dxa"/>
            <w:tcBorders>
              <w:top w:val="single" w:sz="8" w:space="0" w:color="F6B3D9"/>
              <w:left w:val="single" w:sz="8" w:space="0" w:color="F6B3D9"/>
              <w:bottom w:val="single" w:sz="8" w:space="0" w:color="F6B3D9"/>
              <w:right w:val="single" w:sz="8" w:space="0" w:color="F6B3D9"/>
            </w:tcBorders>
            <w:shd w:val="clear" w:color="auto" w:fill="E8ECFA"/>
            <w:tcMar>
              <w:top w:w="180" w:type="dxa"/>
              <w:left w:w="180" w:type="dxa"/>
              <w:bottom w:w="180" w:type="dxa"/>
              <w:right w:w="180" w:type="dxa"/>
            </w:tcMar>
            <w:hideMark/>
          </w:tcPr>
          <w:p w14:paraId="323393AB" w14:textId="77777777" w:rsidR="003D186D" w:rsidRPr="00EE5624" w:rsidRDefault="003D186D">
            <w:pPr>
              <w:spacing w:after="40" w:line="252" w:lineRule="auto"/>
              <w:rPr>
                <w:color w:val="C92274"/>
                <w:kern w:val="2"/>
                <w:szCs w:val="20"/>
                <w:lang w:val="nl-BE" w:eastAsia="fr-BE"/>
                <w14:ligatures w14:val="standardContextual"/>
              </w:rPr>
            </w:pPr>
            <w:r w:rsidRPr="00EE5624">
              <w:rPr>
                <w:b/>
                <w:bCs/>
                <w:color w:val="C92274"/>
                <w:lang w:val="nl-BE"/>
              </w:rPr>
              <w:t>Indienen van het dossier</w:t>
            </w:r>
          </w:p>
          <w:p w14:paraId="7FB4D292" w14:textId="298F9852" w:rsidR="003D186D" w:rsidRPr="00010C26" w:rsidRDefault="00010C26" w:rsidP="00010C26">
            <w:pPr>
              <w:spacing w:after="40" w:line="252" w:lineRule="auto"/>
              <w:rPr>
                <w:kern w:val="2"/>
                <w:szCs w:val="20"/>
                <w:lang w:val="nl-BE" w:eastAsia="fr-BE"/>
                <w14:ligatures w14:val="standardContextual"/>
              </w:rPr>
            </w:pPr>
            <w:r w:rsidRPr="00010C26">
              <w:rPr>
                <w:sz w:val="19"/>
                <w:szCs w:val="19"/>
                <w:lang w:val="nl-BE"/>
              </w:rPr>
              <w:t>Het aanvraagdossier moet uitsluitend per e-mail worden ingediend via plaatselijke-besturen@gob.brussels. Uiterste datum: donderdag 1 oktober 2026 om middernacht. Er wordt geen uitstel verleend.</w:t>
            </w:r>
          </w:p>
        </w:tc>
      </w:tr>
    </w:tbl>
    <w:p w14:paraId="410D1D08" w14:textId="77777777" w:rsidR="009D0301" w:rsidRPr="00EE5624" w:rsidRDefault="00C243BE">
      <w:pPr>
        <w:spacing w:before="240" w:after="100"/>
        <w:rPr>
          <w:color w:val="C92274"/>
          <w:lang w:val="nl-BE"/>
        </w:rPr>
      </w:pPr>
      <w:r w:rsidRPr="00EE5624">
        <w:rPr>
          <w:b/>
          <w:bCs/>
          <w:color w:val="C92274"/>
          <w:sz w:val="28"/>
          <w:szCs w:val="28"/>
          <w:lang w:val="nl-BE"/>
        </w:rPr>
        <w:t>1. Identificatie van de aanvrager</w:t>
      </w:r>
    </w:p>
    <w:tbl>
      <w:tblPr>
        <w:tblW w:w="0" w:type="auto"/>
        <w:tblCellMar>
          <w:left w:w="0" w:type="dxa"/>
          <w:right w:w="0" w:type="dxa"/>
        </w:tblCellMar>
        <w:tblLook w:val="04A0" w:firstRow="1" w:lastRow="0" w:firstColumn="1" w:lastColumn="0" w:noHBand="0" w:noVBand="1"/>
      </w:tblPr>
      <w:tblGrid>
        <w:gridCol w:w="3398"/>
        <w:gridCol w:w="6894"/>
      </w:tblGrid>
      <w:tr w:rsidR="00C243BE" w:rsidRPr="00010C26" w14:paraId="3D9E7CFF" w14:textId="77777777" w:rsidTr="00EE5624">
        <w:tc>
          <w:tcPr>
            <w:tcW w:w="10312" w:type="dxa"/>
            <w:gridSpan w:val="2"/>
            <w:tcBorders>
              <w:top w:val="single" w:sz="8" w:space="0" w:color="D9D9D9"/>
              <w:left w:val="single" w:sz="8" w:space="0" w:color="D9D9D9"/>
              <w:bottom w:val="single" w:sz="8" w:space="0" w:color="D9D9D9"/>
              <w:right w:val="single" w:sz="8" w:space="0" w:color="D9D9D9"/>
            </w:tcBorders>
            <w:shd w:val="clear" w:color="auto" w:fill="C92274"/>
            <w:tcMar>
              <w:top w:w="130" w:type="dxa"/>
              <w:left w:w="130" w:type="dxa"/>
              <w:bottom w:w="130" w:type="dxa"/>
              <w:right w:w="130" w:type="dxa"/>
            </w:tcMar>
            <w:vAlign w:val="center"/>
            <w:hideMark/>
          </w:tcPr>
          <w:p w14:paraId="67262676" w14:textId="54724EEF" w:rsidR="00C243BE" w:rsidRPr="00010C26" w:rsidRDefault="00C243BE">
            <w:pPr>
              <w:spacing w:after="40" w:line="252" w:lineRule="auto"/>
              <w:rPr>
                <w:kern w:val="2"/>
                <w:szCs w:val="20"/>
                <w:lang w:val="nl-BE" w:eastAsia="fr-BE"/>
                <w14:ligatures w14:val="standardContextual"/>
              </w:rPr>
            </w:pPr>
            <w:r w:rsidRPr="00010C26">
              <w:rPr>
                <w:b/>
                <w:bCs/>
                <w:color w:val="FFFFFF"/>
                <w:lang w:val="nl-BE"/>
              </w:rPr>
              <w:t>Administratieve gegevens</w:t>
            </w:r>
          </w:p>
        </w:tc>
      </w:tr>
      <w:tr w:rsidR="00C243BE" w:rsidRPr="00010C26" w14:paraId="46856CC0"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042E0D58" w14:textId="77777777" w:rsidR="00C243BE" w:rsidRPr="00010C26" w:rsidRDefault="00C243BE">
            <w:pPr>
              <w:spacing w:after="40" w:line="252" w:lineRule="auto"/>
              <w:rPr>
                <w:lang w:val="nl-BE"/>
              </w:rPr>
            </w:pPr>
            <w:r w:rsidRPr="00010C26">
              <w:rPr>
                <w:b/>
                <w:bCs/>
                <w:sz w:val="19"/>
                <w:szCs w:val="19"/>
                <w:lang w:val="nl-BE"/>
              </w:rPr>
              <w:t>Gemeente</w:t>
            </w:r>
          </w:p>
        </w:tc>
        <w:tc>
          <w:tcPr>
            <w:tcW w:w="6910"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75C2A01D" w14:textId="77777777" w:rsidR="00C243BE" w:rsidRPr="00010C26" w:rsidRDefault="00C243BE">
            <w:pPr>
              <w:spacing w:after="40" w:line="252" w:lineRule="auto"/>
              <w:rPr>
                <w:lang w:val="nl-BE"/>
              </w:rPr>
            </w:pPr>
          </w:p>
        </w:tc>
      </w:tr>
      <w:tr w:rsidR="00C243BE" w:rsidRPr="00010C26" w14:paraId="3B7788BD"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07A9D11A" w14:textId="77777777" w:rsidR="00C243BE" w:rsidRPr="00010C26" w:rsidRDefault="00C243BE">
            <w:pPr>
              <w:spacing w:after="40" w:line="252" w:lineRule="auto"/>
              <w:rPr>
                <w:lang w:val="nl-BE"/>
              </w:rPr>
            </w:pPr>
            <w:r w:rsidRPr="00010C26">
              <w:rPr>
                <w:b/>
                <w:bCs/>
                <w:sz w:val="19"/>
                <w:szCs w:val="19"/>
                <w:lang w:val="nl-BE"/>
              </w:rPr>
              <w:t>Contactpersoon</w:t>
            </w:r>
          </w:p>
        </w:tc>
        <w:tc>
          <w:tcPr>
            <w:tcW w:w="6910"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18C793A3" w14:textId="77777777" w:rsidR="00C243BE" w:rsidRPr="00010C26" w:rsidRDefault="00C243BE">
            <w:pPr>
              <w:spacing w:after="40" w:line="252" w:lineRule="auto"/>
              <w:rPr>
                <w:lang w:val="nl-BE"/>
              </w:rPr>
            </w:pPr>
          </w:p>
        </w:tc>
      </w:tr>
      <w:tr w:rsidR="00C243BE" w:rsidRPr="00010C26" w14:paraId="32948CF9"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73C5A129" w14:textId="77777777" w:rsidR="00C243BE" w:rsidRPr="00010C26" w:rsidRDefault="00C243BE">
            <w:pPr>
              <w:spacing w:after="40" w:line="252" w:lineRule="auto"/>
              <w:rPr>
                <w:lang w:val="nl-BE"/>
              </w:rPr>
            </w:pPr>
            <w:r w:rsidRPr="00010C26">
              <w:rPr>
                <w:b/>
                <w:bCs/>
                <w:sz w:val="19"/>
                <w:szCs w:val="19"/>
                <w:lang w:val="nl-BE"/>
              </w:rPr>
              <w:t>E-mailadres / Telefoon</w:t>
            </w:r>
          </w:p>
        </w:tc>
        <w:tc>
          <w:tcPr>
            <w:tcW w:w="6910"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7FC48E50" w14:textId="77777777" w:rsidR="00C243BE" w:rsidRPr="00010C26" w:rsidRDefault="00C243BE">
            <w:pPr>
              <w:spacing w:after="40" w:line="252" w:lineRule="auto"/>
              <w:rPr>
                <w:lang w:val="nl-BE"/>
              </w:rPr>
            </w:pPr>
          </w:p>
        </w:tc>
      </w:tr>
      <w:tr w:rsidR="00C243BE" w:rsidRPr="00010C26" w14:paraId="506954C9"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07F0F451" w14:textId="77777777" w:rsidR="00C243BE" w:rsidRPr="00010C26" w:rsidRDefault="00C243BE">
            <w:pPr>
              <w:spacing w:after="40" w:line="252" w:lineRule="auto"/>
              <w:rPr>
                <w:lang w:val="nl-BE"/>
              </w:rPr>
            </w:pPr>
            <w:r w:rsidRPr="00010C26">
              <w:rPr>
                <w:b/>
                <w:bCs/>
                <w:sz w:val="19"/>
                <w:szCs w:val="19"/>
                <w:lang w:val="nl-BE"/>
              </w:rPr>
              <w:t>Eventuele interne referentie</w:t>
            </w:r>
          </w:p>
        </w:tc>
        <w:tc>
          <w:tcPr>
            <w:tcW w:w="6910"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41D98252" w14:textId="77777777" w:rsidR="00C243BE" w:rsidRPr="00010C26" w:rsidRDefault="00C243BE">
            <w:pPr>
              <w:spacing w:after="40" w:line="252" w:lineRule="auto"/>
              <w:rPr>
                <w:lang w:val="nl-BE"/>
              </w:rPr>
            </w:pPr>
          </w:p>
        </w:tc>
      </w:tr>
    </w:tbl>
    <w:p w14:paraId="287F17B3" w14:textId="77777777" w:rsidR="009D0301" w:rsidRPr="00EE5624" w:rsidRDefault="002E0487">
      <w:pPr>
        <w:spacing w:before="240" w:after="100"/>
        <w:rPr>
          <w:color w:val="C92274"/>
          <w:lang w:val="nl-BE"/>
        </w:rPr>
      </w:pPr>
      <w:r w:rsidRPr="00EE5624">
        <w:rPr>
          <w:b/>
          <w:bCs/>
          <w:color w:val="C92274"/>
          <w:sz w:val="28"/>
          <w:szCs w:val="28"/>
          <w:lang w:val="nl-BE"/>
        </w:rPr>
        <w:t>2. Identificatie van het project</w:t>
      </w:r>
    </w:p>
    <w:tbl>
      <w:tblPr>
        <w:tblW w:w="0" w:type="auto"/>
        <w:tblCellMar>
          <w:left w:w="0" w:type="dxa"/>
          <w:right w:w="0" w:type="dxa"/>
        </w:tblCellMar>
        <w:tblLook w:val="04A0" w:firstRow="1" w:lastRow="0" w:firstColumn="1" w:lastColumn="0" w:noHBand="0" w:noVBand="1"/>
      </w:tblPr>
      <w:tblGrid>
        <w:gridCol w:w="3397"/>
        <w:gridCol w:w="6895"/>
      </w:tblGrid>
      <w:tr w:rsidR="002E0487" w:rsidRPr="00EE5624" w14:paraId="5874C6C7" w14:textId="77777777" w:rsidTr="00EE5624">
        <w:tc>
          <w:tcPr>
            <w:tcW w:w="10312" w:type="dxa"/>
            <w:gridSpan w:val="2"/>
            <w:tcBorders>
              <w:top w:val="single" w:sz="8" w:space="0" w:color="D9D9D9"/>
              <w:left w:val="single" w:sz="8" w:space="0" w:color="D9D9D9"/>
              <w:bottom w:val="single" w:sz="8" w:space="0" w:color="D9D9D9"/>
              <w:right w:val="single" w:sz="8" w:space="0" w:color="D9D9D9"/>
            </w:tcBorders>
            <w:shd w:val="clear" w:color="auto" w:fill="C92274"/>
            <w:tcMar>
              <w:top w:w="130" w:type="dxa"/>
              <w:left w:w="130" w:type="dxa"/>
              <w:bottom w:w="130" w:type="dxa"/>
              <w:right w:w="130" w:type="dxa"/>
            </w:tcMar>
            <w:vAlign w:val="center"/>
            <w:hideMark/>
          </w:tcPr>
          <w:p w14:paraId="4E316822" w14:textId="72B248F1" w:rsidR="002E0487" w:rsidRPr="00010C26" w:rsidRDefault="002E0487">
            <w:pPr>
              <w:spacing w:after="40" w:line="252" w:lineRule="auto"/>
              <w:rPr>
                <w:kern w:val="2"/>
                <w:szCs w:val="20"/>
                <w:lang w:val="nl-BE" w:eastAsia="fr-BE"/>
                <w14:ligatures w14:val="standardContextual"/>
              </w:rPr>
            </w:pPr>
            <w:r w:rsidRPr="00010C26">
              <w:rPr>
                <w:b/>
                <w:bCs/>
                <w:color w:val="FFFFFF"/>
                <w:lang w:val="nl-BE"/>
              </w:rPr>
              <w:t>Algemene gegevens over het project</w:t>
            </w:r>
          </w:p>
        </w:tc>
      </w:tr>
      <w:tr w:rsidR="002E0487" w:rsidRPr="00010C26" w14:paraId="7B9238A6"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12FAA5C0" w14:textId="77777777" w:rsidR="002E0487" w:rsidRPr="00010C26" w:rsidRDefault="002E0487">
            <w:pPr>
              <w:spacing w:after="40" w:line="252" w:lineRule="auto"/>
              <w:rPr>
                <w:lang w:val="nl-BE"/>
              </w:rPr>
            </w:pPr>
            <w:r w:rsidRPr="00010C26">
              <w:rPr>
                <w:b/>
                <w:bCs/>
                <w:sz w:val="19"/>
                <w:szCs w:val="19"/>
                <w:lang w:val="nl-BE"/>
              </w:rPr>
              <w:t>Titel van het project</w:t>
            </w:r>
          </w:p>
        </w:tc>
        <w:tc>
          <w:tcPr>
            <w:tcW w:w="5953"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34B567FB" w14:textId="77777777" w:rsidR="002E0487" w:rsidRPr="00010C26" w:rsidRDefault="002E0487">
            <w:pPr>
              <w:spacing w:after="40" w:line="252" w:lineRule="auto"/>
              <w:rPr>
                <w:lang w:val="nl-BE"/>
              </w:rPr>
            </w:pPr>
            <w:r w:rsidRPr="00010C26">
              <w:rPr>
                <w:i/>
                <w:iCs/>
                <w:color w:val="646464"/>
                <w:sz w:val="18"/>
                <w:szCs w:val="18"/>
                <w:lang w:val="nl-BE"/>
              </w:rPr>
              <w:t>Korte titel van het project</w:t>
            </w:r>
          </w:p>
          <w:p w14:paraId="2E62C8A0" w14:textId="77777777" w:rsidR="002E0487" w:rsidRPr="00010C26" w:rsidRDefault="002E0487">
            <w:pPr>
              <w:rPr>
                <w:lang w:val="nl-BE"/>
              </w:rPr>
            </w:pPr>
          </w:p>
          <w:p w14:paraId="1EB75DB2" w14:textId="77777777" w:rsidR="002E0487" w:rsidRPr="00010C26" w:rsidRDefault="002E0487">
            <w:pPr>
              <w:rPr>
                <w:lang w:val="nl-BE"/>
              </w:rPr>
            </w:pPr>
          </w:p>
        </w:tc>
      </w:tr>
      <w:tr w:rsidR="002E0487" w:rsidRPr="00010C26" w14:paraId="4256E52B"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339420FB" w14:textId="77777777" w:rsidR="002E0487" w:rsidRPr="00010C26" w:rsidRDefault="002E0487">
            <w:pPr>
              <w:spacing w:after="40" w:line="252" w:lineRule="auto"/>
              <w:rPr>
                <w:lang w:val="nl-BE"/>
              </w:rPr>
            </w:pPr>
            <w:r w:rsidRPr="00010C26">
              <w:rPr>
                <w:b/>
                <w:bCs/>
                <w:sz w:val="19"/>
                <w:szCs w:val="19"/>
                <w:lang w:val="nl-BE"/>
              </w:rPr>
              <w:t>Locatie van het project</w:t>
            </w:r>
          </w:p>
        </w:tc>
        <w:tc>
          <w:tcPr>
            <w:tcW w:w="5953"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54C20D95" w14:textId="77777777" w:rsidR="002E0487" w:rsidRPr="00010C26" w:rsidRDefault="002E0487">
            <w:pPr>
              <w:rPr>
                <w:lang w:val="nl-BE"/>
              </w:rPr>
            </w:pPr>
            <w:r w:rsidRPr="00010C26">
              <w:rPr>
                <w:i/>
                <w:iCs/>
                <w:color w:val="646464"/>
                <w:sz w:val="18"/>
                <w:szCs w:val="18"/>
                <w:lang w:val="nl-BE"/>
              </w:rPr>
              <w:t>Adres(sen), wijk, betrokken perimeter</w:t>
            </w:r>
          </w:p>
          <w:p w14:paraId="338FE326" w14:textId="77777777" w:rsidR="002E0487" w:rsidRPr="00010C26" w:rsidRDefault="002E0487">
            <w:pPr>
              <w:rPr>
                <w:lang w:val="nl-BE"/>
              </w:rPr>
            </w:pPr>
          </w:p>
          <w:p w14:paraId="3209F05D" w14:textId="77777777" w:rsidR="002E0487" w:rsidRPr="00010C26" w:rsidRDefault="002E0487">
            <w:pPr>
              <w:rPr>
                <w:lang w:val="nl-BE"/>
              </w:rPr>
            </w:pPr>
          </w:p>
        </w:tc>
      </w:tr>
      <w:tr w:rsidR="002E0487" w:rsidRPr="00EE5624" w14:paraId="3CE534AC"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1AA2841B" w14:textId="77777777" w:rsidR="002E0487" w:rsidRPr="00010C26" w:rsidRDefault="002E0487">
            <w:pPr>
              <w:rPr>
                <w:lang w:val="nl-BE"/>
              </w:rPr>
            </w:pPr>
            <w:r w:rsidRPr="00010C26">
              <w:rPr>
                <w:b/>
                <w:bCs/>
                <w:sz w:val="19"/>
                <w:szCs w:val="19"/>
                <w:lang w:val="nl-BE"/>
              </w:rPr>
              <w:t>Type betrokken openbare ruimte</w:t>
            </w:r>
          </w:p>
        </w:tc>
        <w:tc>
          <w:tcPr>
            <w:tcW w:w="5953"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67B2BF58" w14:textId="77777777" w:rsidR="002E0487" w:rsidRPr="00010C26" w:rsidRDefault="002E0487">
            <w:pPr>
              <w:rPr>
                <w:lang w:val="nl-BE"/>
              </w:rPr>
            </w:pPr>
            <w:r w:rsidRPr="00010C26">
              <w:rPr>
                <w:i/>
                <w:iCs/>
                <w:color w:val="646464"/>
                <w:sz w:val="18"/>
                <w:szCs w:val="18"/>
                <w:lang w:val="nl-BE"/>
              </w:rPr>
              <w:t>Plein, park, straat, doorgangsgebied, gemengde ruimte, restruimte, omgeving van openbare voorzieningen, enz.</w:t>
            </w:r>
          </w:p>
          <w:p w14:paraId="4F63945F" w14:textId="77777777" w:rsidR="002E0487" w:rsidRPr="00010C26" w:rsidRDefault="002E0487">
            <w:pPr>
              <w:rPr>
                <w:lang w:val="nl-BE"/>
              </w:rPr>
            </w:pPr>
          </w:p>
          <w:p w14:paraId="3A3FCE96" w14:textId="77777777" w:rsidR="002E0487" w:rsidRPr="00010C26" w:rsidRDefault="002E0487">
            <w:pPr>
              <w:rPr>
                <w:lang w:val="nl-BE"/>
              </w:rPr>
            </w:pPr>
          </w:p>
        </w:tc>
      </w:tr>
      <w:tr w:rsidR="002E0487" w:rsidRPr="00EE5624" w14:paraId="6A80A2C8"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40227EB4" w14:textId="77777777" w:rsidR="002E0487" w:rsidRPr="00010C26" w:rsidRDefault="002E0487">
            <w:pPr>
              <w:rPr>
                <w:lang w:val="nl-BE"/>
              </w:rPr>
            </w:pPr>
            <w:r w:rsidRPr="00010C26">
              <w:rPr>
                <w:b/>
                <w:bCs/>
                <w:sz w:val="19"/>
                <w:szCs w:val="19"/>
                <w:lang w:val="nl-BE"/>
              </w:rPr>
              <w:t>Prioriteitsvolgorde</w:t>
            </w:r>
          </w:p>
        </w:tc>
        <w:tc>
          <w:tcPr>
            <w:tcW w:w="5953"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06639F87" w14:textId="77777777" w:rsidR="002E0487" w:rsidRPr="00010C26" w:rsidRDefault="002E0487">
            <w:pPr>
              <w:rPr>
                <w:lang w:val="nl-BE"/>
              </w:rPr>
            </w:pPr>
            <w:r w:rsidRPr="00010C26">
              <w:rPr>
                <w:i/>
                <w:iCs/>
                <w:color w:val="646464"/>
                <w:sz w:val="18"/>
                <w:szCs w:val="18"/>
                <w:lang w:val="nl-BE"/>
              </w:rPr>
              <w:t>In te vullen indien de gemeente meerdere projecten indient</w:t>
            </w:r>
          </w:p>
          <w:p w14:paraId="36EBB33E" w14:textId="77777777" w:rsidR="002E0487" w:rsidRPr="00010C26" w:rsidRDefault="002E0487">
            <w:pPr>
              <w:rPr>
                <w:lang w:val="nl-BE"/>
              </w:rPr>
            </w:pPr>
          </w:p>
          <w:p w14:paraId="0B482A04" w14:textId="77777777" w:rsidR="002E0487" w:rsidRPr="00010C26" w:rsidRDefault="002E0487">
            <w:pPr>
              <w:rPr>
                <w:lang w:val="nl-BE"/>
              </w:rPr>
            </w:pPr>
          </w:p>
        </w:tc>
      </w:tr>
      <w:tr w:rsidR="002E0487" w:rsidRPr="00EE5624" w14:paraId="64F6518C"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63F1CFDC" w14:textId="77777777" w:rsidR="002E0487" w:rsidRPr="00010C26" w:rsidRDefault="002E0487">
            <w:pPr>
              <w:rPr>
                <w:lang w:val="nl-BE"/>
              </w:rPr>
            </w:pPr>
            <w:r w:rsidRPr="00010C26">
              <w:rPr>
                <w:b/>
                <w:bCs/>
                <w:sz w:val="19"/>
                <w:szCs w:val="19"/>
                <w:lang w:val="nl-BE"/>
              </w:rPr>
              <w:lastRenderedPageBreak/>
              <w:t>Totale geraamde kostprijs van de werken</w:t>
            </w:r>
          </w:p>
        </w:tc>
        <w:tc>
          <w:tcPr>
            <w:tcW w:w="5953"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4EC018C4" w14:textId="77777777" w:rsidR="002E0487" w:rsidRPr="00010C26" w:rsidRDefault="002E0487">
            <w:pPr>
              <w:rPr>
                <w:lang w:val="nl-BE"/>
              </w:rPr>
            </w:pPr>
            <w:r w:rsidRPr="00010C26">
              <w:rPr>
                <w:i/>
                <w:iCs/>
                <w:color w:val="646464"/>
                <w:sz w:val="18"/>
                <w:szCs w:val="18"/>
                <w:lang w:val="nl-BE"/>
              </w:rPr>
              <w:t>€ excl. btw en € incl. btw, indien van toepassing</w:t>
            </w:r>
          </w:p>
          <w:p w14:paraId="3A82FBFB" w14:textId="77777777" w:rsidR="002E0487" w:rsidRPr="00010C26" w:rsidRDefault="002E0487">
            <w:pPr>
              <w:rPr>
                <w:lang w:val="nl-BE"/>
              </w:rPr>
            </w:pPr>
          </w:p>
          <w:p w14:paraId="4E09B1C9" w14:textId="77777777" w:rsidR="002E0487" w:rsidRPr="00010C26" w:rsidRDefault="002E0487">
            <w:pPr>
              <w:rPr>
                <w:lang w:val="nl-BE"/>
              </w:rPr>
            </w:pPr>
          </w:p>
        </w:tc>
      </w:tr>
      <w:tr w:rsidR="002E0487" w:rsidRPr="00EE5624" w14:paraId="2680F715" w14:textId="77777777">
        <w:tc>
          <w:tcPr>
            <w:tcW w:w="3402" w:type="dxa"/>
            <w:tcBorders>
              <w:top w:val="nil"/>
              <w:left w:val="single" w:sz="8" w:space="0" w:color="D9D9D9"/>
              <w:bottom w:val="single" w:sz="8" w:space="0" w:color="D9D9D9"/>
              <w:right w:val="single" w:sz="8" w:space="0" w:color="D9D9D9"/>
            </w:tcBorders>
            <w:shd w:val="clear" w:color="auto" w:fill="FCE6F3"/>
            <w:tcMar>
              <w:top w:w="130" w:type="dxa"/>
              <w:left w:w="130" w:type="dxa"/>
              <w:bottom w:w="130" w:type="dxa"/>
              <w:right w:w="130" w:type="dxa"/>
            </w:tcMar>
            <w:vAlign w:val="center"/>
            <w:hideMark/>
          </w:tcPr>
          <w:p w14:paraId="58A3466B" w14:textId="77777777" w:rsidR="002E0487" w:rsidRPr="00010C26" w:rsidRDefault="002E0487">
            <w:pPr>
              <w:rPr>
                <w:lang w:val="nl-BE"/>
              </w:rPr>
            </w:pPr>
            <w:r w:rsidRPr="00010C26">
              <w:rPr>
                <w:b/>
                <w:bCs/>
                <w:sz w:val="19"/>
                <w:szCs w:val="19"/>
                <w:lang w:val="nl-BE"/>
              </w:rPr>
              <w:t>Andere aangevraagde subsidies</w:t>
            </w:r>
          </w:p>
        </w:tc>
        <w:tc>
          <w:tcPr>
            <w:tcW w:w="5953" w:type="dxa"/>
            <w:tcBorders>
              <w:top w:val="nil"/>
              <w:left w:val="nil"/>
              <w:bottom w:val="single" w:sz="8" w:space="0" w:color="D9D9D9"/>
              <w:right w:val="single" w:sz="8" w:space="0" w:color="D9D9D9"/>
            </w:tcBorders>
            <w:tcMar>
              <w:top w:w="130" w:type="dxa"/>
              <w:left w:w="130" w:type="dxa"/>
              <w:bottom w:w="130" w:type="dxa"/>
              <w:right w:w="130" w:type="dxa"/>
            </w:tcMar>
            <w:vAlign w:val="center"/>
            <w:hideMark/>
          </w:tcPr>
          <w:p w14:paraId="0AD1598E" w14:textId="77777777" w:rsidR="002E0487" w:rsidRPr="00010C26" w:rsidRDefault="002E0487">
            <w:pPr>
              <w:rPr>
                <w:lang w:val="nl-BE"/>
              </w:rPr>
            </w:pPr>
            <w:r w:rsidRPr="00010C26">
              <w:rPr>
                <w:i/>
                <w:iCs/>
                <w:color w:val="646464"/>
                <w:sz w:val="18"/>
                <w:szCs w:val="18"/>
                <w:lang w:val="nl-BE"/>
              </w:rPr>
              <w:t>Vermeld de instelling, de contactdienst en het eventuele bedrag</w:t>
            </w:r>
          </w:p>
          <w:p w14:paraId="1C655888" w14:textId="77777777" w:rsidR="002E0487" w:rsidRPr="00010C26" w:rsidRDefault="002E0487">
            <w:pPr>
              <w:rPr>
                <w:lang w:val="nl-BE"/>
              </w:rPr>
            </w:pPr>
          </w:p>
          <w:p w14:paraId="770218DE" w14:textId="77777777" w:rsidR="002E0487" w:rsidRPr="00010C26" w:rsidRDefault="002E0487">
            <w:pPr>
              <w:rPr>
                <w:lang w:val="nl-BE"/>
              </w:rPr>
            </w:pPr>
          </w:p>
        </w:tc>
      </w:tr>
    </w:tbl>
    <w:p w14:paraId="6D75B53E" w14:textId="77777777" w:rsidR="009D0301" w:rsidRPr="00EE5624" w:rsidRDefault="00381590">
      <w:pPr>
        <w:spacing w:before="240" w:after="100"/>
        <w:rPr>
          <w:color w:val="C92274"/>
          <w:lang w:val="nl-BE"/>
        </w:rPr>
      </w:pPr>
      <w:r w:rsidRPr="00EE5624">
        <w:rPr>
          <w:b/>
          <w:bCs/>
          <w:color w:val="C92274"/>
          <w:sz w:val="28"/>
          <w:szCs w:val="28"/>
          <w:lang w:val="nl-BE"/>
        </w:rPr>
        <w:t>3. Elementen gevraagd onder punt 5 – Indienen van de projecten</w:t>
      </w:r>
    </w:p>
    <w:tbl>
      <w:tblPr>
        <w:tblW w:w="0" w:type="auto"/>
        <w:jc w:val="center"/>
        <w:tblLook w:val="04A0" w:firstRow="1" w:lastRow="0" w:firstColumn="1" w:lastColumn="0" w:noHBand="0" w:noVBand="1"/>
      </w:tblPr>
      <w:tblGrid>
        <w:gridCol w:w="10296"/>
      </w:tblGrid>
      <w:tr w:rsidR="009D0301" w:rsidRPr="00EE5624" w14:paraId="3B22C03A" w14:textId="77777777" w:rsidTr="00EE5624">
        <w:trPr>
          <w:jc w:val="center"/>
        </w:trPr>
        <w:tc>
          <w:tcPr>
            <w:tcW w:w="10296"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4BE56A10" w14:textId="6B5C3803" w:rsidR="009D0301" w:rsidRPr="00010C26" w:rsidRDefault="000C5404" w:rsidP="000C5404">
            <w:pPr>
              <w:spacing w:after="40" w:line="252" w:lineRule="auto"/>
              <w:rPr>
                <w:lang w:val="nl-BE"/>
              </w:rPr>
            </w:pPr>
            <w:r w:rsidRPr="00010C26">
              <w:rPr>
                <w:b/>
                <w:bCs/>
                <w:color w:val="FFFFFF"/>
                <w:lang w:val="nl-BE"/>
              </w:rPr>
              <w:t>3.1 Volledige beschrijving van het inrichtingsproject</w:t>
            </w:r>
          </w:p>
        </w:tc>
      </w:tr>
      <w:tr w:rsidR="009D0301" w:rsidRPr="00EE5624" w14:paraId="0E95212C" w14:textId="77777777" w:rsidTr="00EE5624">
        <w:trPr>
          <w:jc w:val="center"/>
        </w:trPr>
        <w:tc>
          <w:tcPr>
            <w:tcW w:w="10296"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12F43EBE" w14:textId="77777777" w:rsidR="009D0301" w:rsidRPr="00010C26" w:rsidRDefault="00AB1E58">
            <w:pPr>
              <w:spacing w:after="40" w:line="252" w:lineRule="auto"/>
              <w:rPr>
                <w:lang w:val="nl-BE"/>
              </w:rPr>
            </w:pPr>
            <w:r w:rsidRPr="00010C26">
              <w:rPr>
                <w:i/>
                <w:iCs/>
                <w:color w:val="646464"/>
                <w:sz w:val="18"/>
                <w:szCs w:val="18"/>
                <w:lang w:val="nl-BE"/>
              </w:rPr>
              <w:t>Beschrijf de geplande werken, de betrokken ruimtes, de nagestreefde doelstellingen en de verwachte resultaten.</w:t>
            </w:r>
          </w:p>
          <w:p w14:paraId="7C760812" w14:textId="77777777" w:rsidR="009D0301" w:rsidRPr="00010C26" w:rsidRDefault="009D0301">
            <w:pPr>
              <w:spacing w:after="40" w:line="252" w:lineRule="auto"/>
              <w:rPr>
                <w:lang w:val="nl-BE"/>
              </w:rPr>
            </w:pPr>
          </w:p>
          <w:p w14:paraId="57208802" w14:textId="77777777" w:rsidR="009D0301" w:rsidRPr="00010C26" w:rsidRDefault="009D0301">
            <w:pPr>
              <w:spacing w:after="40" w:line="252" w:lineRule="auto"/>
              <w:rPr>
                <w:lang w:val="nl-BE"/>
              </w:rPr>
            </w:pPr>
          </w:p>
          <w:p w14:paraId="160E9D1B" w14:textId="77777777" w:rsidR="009D0301" w:rsidRPr="00010C26" w:rsidRDefault="009D0301">
            <w:pPr>
              <w:spacing w:after="40" w:line="252" w:lineRule="auto"/>
              <w:rPr>
                <w:lang w:val="nl-BE"/>
              </w:rPr>
            </w:pPr>
          </w:p>
          <w:p w14:paraId="49ADC942" w14:textId="77777777" w:rsidR="009D0301" w:rsidRPr="00010C26" w:rsidRDefault="009D0301">
            <w:pPr>
              <w:spacing w:after="40" w:line="252" w:lineRule="auto"/>
              <w:rPr>
                <w:lang w:val="nl-BE"/>
              </w:rPr>
            </w:pPr>
          </w:p>
          <w:p w14:paraId="2B0EC883" w14:textId="77777777" w:rsidR="009D0301" w:rsidRPr="00010C26" w:rsidRDefault="009D0301">
            <w:pPr>
              <w:spacing w:after="40" w:line="252" w:lineRule="auto"/>
              <w:rPr>
                <w:lang w:val="nl-BE"/>
              </w:rPr>
            </w:pPr>
          </w:p>
          <w:p w14:paraId="712F13C4" w14:textId="77777777" w:rsidR="009D0301" w:rsidRPr="00010C26" w:rsidRDefault="009D0301">
            <w:pPr>
              <w:spacing w:after="40" w:line="252" w:lineRule="auto"/>
              <w:rPr>
                <w:lang w:val="nl-BE"/>
              </w:rPr>
            </w:pPr>
          </w:p>
          <w:p w14:paraId="36163FAA" w14:textId="77777777" w:rsidR="009D0301" w:rsidRPr="00010C26" w:rsidRDefault="009D0301">
            <w:pPr>
              <w:spacing w:after="40" w:line="252" w:lineRule="auto"/>
              <w:rPr>
                <w:lang w:val="nl-BE"/>
              </w:rPr>
            </w:pPr>
          </w:p>
        </w:tc>
      </w:tr>
    </w:tbl>
    <w:p w14:paraId="0A26423F" w14:textId="77777777" w:rsidR="009D0301" w:rsidRPr="00010C26" w:rsidRDefault="009D0301">
      <w:pPr>
        <w:spacing w:after="0"/>
        <w:rPr>
          <w:lang w:val="nl-BE"/>
        </w:rPr>
      </w:pPr>
    </w:p>
    <w:tbl>
      <w:tblPr>
        <w:tblW w:w="0" w:type="auto"/>
        <w:jc w:val="center"/>
        <w:tblLook w:val="04A0" w:firstRow="1" w:lastRow="0" w:firstColumn="1" w:lastColumn="0" w:noHBand="0" w:noVBand="1"/>
      </w:tblPr>
      <w:tblGrid>
        <w:gridCol w:w="10296"/>
      </w:tblGrid>
      <w:tr w:rsidR="009D0301" w:rsidRPr="00010C26" w14:paraId="2E983A99" w14:textId="77777777" w:rsidTr="00EE5624">
        <w:trPr>
          <w:jc w:val="center"/>
        </w:trPr>
        <w:tc>
          <w:tcPr>
            <w:tcW w:w="10312"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78C81345" w14:textId="30D94AA3" w:rsidR="009D0301" w:rsidRPr="00010C26" w:rsidRDefault="00563154" w:rsidP="00563154">
            <w:pPr>
              <w:spacing w:after="40" w:line="252" w:lineRule="auto"/>
              <w:rPr>
                <w:lang w:val="nl-BE"/>
              </w:rPr>
            </w:pPr>
            <w:r w:rsidRPr="00010C26">
              <w:rPr>
                <w:b/>
                <w:bCs/>
                <w:color w:val="FFFFFF"/>
                <w:lang w:val="nl-BE"/>
              </w:rPr>
              <w:t>3.2 Geïdentificeerde behoeften</w:t>
            </w:r>
          </w:p>
        </w:tc>
      </w:tr>
      <w:tr w:rsidR="009D0301" w:rsidRPr="00EE5624" w14:paraId="6F4DFB24" w14:textId="77777777">
        <w:trPr>
          <w:jc w:val="center"/>
        </w:trPr>
        <w:tc>
          <w:tcPr>
            <w:tcW w:w="10312"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4B9EAB8B" w14:textId="77777777" w:rsidR="009D0301" w:rsidRPr="00010C26" w:rsidRDefault="008451E0">
            <w:pPr>
              <w:spacing w:after="40" w:line="252" w:lineRule="auto"/>
              <w:rPr>
                <w:lang w:val="nl-BE"/>
              </w:rPr>
            </w:pPr>
            <w:r w:rsidRPr="00010C26">
              <w:rPr>
                <w:i/>
                <w:iCs/>
                <w:color w:val="646464"/>
                <w:sz w:val="18"/>
                <w:szCs w:val="18"/>
                <w:lang w:val="nl-BE"/>
              </w:rPr>
              <w:t>Licht de behoefte(n) toe die tot de keuze voor het project hebben geleid, in verband met de huidige staat van de openbare ruimte en het vastgestelde gebruik.</w:t>
            </w:r>
          </w:p>
          <w:p w14:paraId="045CDD27" w14:textId="77777777" w:rsidR="009D0301" w:rsidRPr="00010C26" w:rsidRDefault="009D0301">
            <w:pPr>
              <w:spacing w:after="40" w:line="252" w:lineRule="auto"/>
              <w:rPr>
                <w:lang w:val="nl-BE"/>
              </w:rPr>
            </w:pPr>
          </w:p>
          <w:p w14:paraId="799CD4CA" w14:textId="77777777" w:rsidR="009D0301" w:rsidRPr="00010C26" w:rsidRDefault="009D0301">
            <w:pPr>
              <w:spacing w:after="40" w:line="252" w:lineRule="auto"/>
              <w:rPr>
                <w:lang w:val="nl-BE"/>
              </w:rPr>
            </w:pPr>
          </w:p>
          <w:p w14:paraId="109C4F5C" w14:textId="77777777" w:rsidR="009D0301" w:rsidRPr="00010C26" w:rsidRDefault="009D0301">
            <w:pPr>
              <w:spacing w:after="40" w:line="252" w:lineRule="auto"/>
              <w:rPr>
                <w:lang w:val="nl-BE"/>
              </w:rPr>
            </w:pPr>
          </w:p>
          <w:p w14:paraId="579D2734" w14:textId="77777777" w:rsidR="009D0301" w:rsidRPr="00010C26" w:rsidRDefault="009D0301">
            <w:pPr>
              <w:spacing w:after="40" w:line="252" w:lineRule="auto"/>
              <w:rPr>
                <w:lang w:val="nl-BE"/>
              </w:rPr>
            </w:pPr>
          </w:p>
          <w:p w14:paraId="42F5EB3A" w14:textId="77777777" w:rsidR="009D0301" w:rsidRPr="00010C26" w:rsidRDefault="009D0301">
            <w:pPr>
              <w:spacing w:after="40" w:line="252" w:lineRule="auto"/>
              <w:rPr>
                <w:lang w:val="nl-BE"/>
              </w:rPr>
            </w:pPr>
          </w:p>
        </w:tc>
      </w:tr>
    </w:tbl>
    <w:p w14:paraId="1DA88393" w14:textId="77777777" w:rsidR="009D0301" w:rsidRPr="00010C26" w:rsidRDefault="009D0301">
      <w:pPr>
        <w:spacing w:after="0"/>
        <w:rPr>
          <w:lang w:val="nl-BE"/>
        </w:rPr>
      </w:pPr>
    </w:p>
    <w:tbl>
      <w:tblPr>
        <w:tblW w:w="0" w:type="auto"/>
        <w:jc w:val="center"/>
        <w:tblLook w:val="04A0" w:firstRow="1" w:lastRow="0" w:firstColumn="1" w:lastColumn="0" w:noHBand="0" w:noVBand="1"/>
      </w:tblPr>
      <w:tblGrid>
        <w:gridCol w:w="10296"/>
      </w:tblGrid>
      <w:tr w:rsidR="009D0301" w:rsidRPr="00010C26" w14:paraId="0F0BE3CA" w14:textId="77777777" w:rsidTr="00EE5624">
        <w:trPr>
          <w:jc w:val="center"/>
        </w:trPr>
        <w:tc>
          <w:tcPr>
            <w:tcW w:w="10312"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64CC5CAA" w14:textId="3E442F6B" w:rsidR="009D0301" w:rsidRPr="00010C26" w:rsidRDefault="00B03BB5" w:rsidP="00B03BB5">
            <w:pPr>
              <w:spacing w:after="40" w:line="252" w:lineRule="auto"/>
              <w:rPr>
                <w:lang w:val="nl-BE"/>
              </w:rPr>
            </w:pPr>
            <w:r w:rsidRPr="00010C26">
              <w:rPr>
                <w:b/>
                <w:bCs/>
                <w:color w:val="FFFFFF"/>
                <w:lang w:val="nl-BE"/>
              </w:rPr>
              <w:t>3.3 Gedetailleerde kostenraming</w:t>
            </w:r>
          </w:p>
        </w:tc>
      </w:tr>
      <w:tr w:rsidR="009D0301" w:rsidRPr="00EE5624" w14:paraId="221A5DD1" w14:textId="77777777">
        <w:trPr>
          <w:jc w:val="center"/>
        </w:trPr>
        <w:tc>
          <w:tcPr>
            <w:tcW w:w="10312"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061FE3FF" w14:textId="77777777" w:rsidR="009D0301" w:rsidRPr="00010C26" w:rsidRDefault="008B7B1A">
            <w:pPr>
              <w:spacing w:after="40" w:line="252" w:lineRule="auto"/>
              <w:rPr>
                <w:lang w:val="nl-BE"/>
              </w:rPr>
            </w:pPr>
            <w:r w:rsidRPr="00010C26">
              <w:rPr>
                <w:i/>
                <w:iCs/>
                <w:color w:val="646464"/>
                <w:sz w:val="18"/>
                <w:szCs w:val="18"/>
                <w:lang w:val="nl-BE"/>
              </w:rPr>
              <w:t>Geef een raming per uitgavenpost en vermeld, indien beschikbaar, de bedragen excl. btw en incl. btw.</w:t>
            </w:r>
          </w:p>
          <w:p w14:paraId="5182BA31" w14:textId="77777777" w:rsidR="009D0301" w:rsidRPr="00010C26" w:rsidRDefault="009D0301">
            <w:pPr>
              <w:spacing w:after="40" w:line="252" w:lineRule="auto"/>
              <w:rPr>
                <w:lang w:val="nl-BE"/>
              </w:rPr>
            </w:pPr>
          </w:p>
          <w:p w14:paraId="1F2DD387" w14:textId="77777777" w:rsidR="009D0301" w:rsidRPr="00010C26" w:rsidRDefault="009D0301">
            <w:pPr>
              <w:spacing w:after="40" w:line="252" w:lineRule="auto"/>
              <w:rPr>
                <w:lang w:val="nl-BE"/>
              </w:rPr>
            </w:pPr>
          </w:p>
          <w:p w14:paraId="3C18A0D5" w14:textId="77777777" w:rsidR="009D0301" w:rsidRPr="00010C26" w:rsidRDefault="009D0301">
            <w:pPr>
              <w:spacing w:after="40" w:line="252" w:lineRule="auto"/>
              <w:rPr>
                <w:lang w:val="nl-BE"/>
              </w:rPr>
            </w:pPr>
          </w:p>
          <w:p w14:paraId="17DEED76" w14:textId="77777777" w:rsidR="009D0301" w:rsidRPr="00010C26" w:rsidRDefault="009D0301">
            <w:pPr>
              <w:spacing w:after="40" w:line="252" w:lineRule="auto"/>
              <w:rPr>
                <w:lang w:val="nl-BE"/>
              </w:rPr>
            </w:pPr>
          </w:p>
          <w:p w14:paraId="5E4898CA" w14:textId="77777777" w:rsidR="009D0301" w:rsidRPr="00010C26" w:rsidRDefault="009D0301">
            <w:pPr>
              <w:spacing w:after="40" w:line="252" w:lineRule="auto"/>
              <w:rPr>
                <w:lang w:val="nl-BE"/>
              </w:rPr>
            </w:pPr>
          </w:p>
        </w:tc>
      </w:tr>
    </w:tbl>
    <w:p w14:paraId="688DEBFF" w14:textId="2DF16380" w:rsidR="00EE5624" w:rsidRDefault="00EE5624">
      <w:pPr>
        <w:spacing w:after="0"/>
        <w:rPr>
          <w:lang w:val="nl-BE"/>
        </w:rPr>
      </w:pPr>
    </w:p>
    <w:p w14:paraId="2082E9D6" w14:textId="77777777" w:rsidR="00EE5624" w:rsidRDefault="00EE5624">
      <w:pPr>
        <w:spacing w:after="200" w:line="276" w:lineRule="auto"/>
        <w:rPr>
          <w:lang w:val="nl-BE"/>
        </w:rPr>
      </w:pPr>
      <w:r>
        <w:rPr>
          <w:lang w:val="nl-BE"/>
        </w:rPr>
        <w:br w:type="page"/>
      </w:r>
    </w:p>
    <w:tbl>
      <w:tblPr>
        <w:tblW w:w="0" w:type="auto"/>
        <w:jc w:val="center"/>
        <w:tblLook w:val="04A0" w:firstRow="1" w:lastRow="0" w:firstColumn="1" w:lastColumn="0" w:noHBand="0" w:noVBand="1"/>
      </w:tblPr>
      <w:tblGrid>
        <w:gridCol w:w="10296"/>
      </w:tblGrid>
      <w:tr w:rsidR="009D0301" w:rsidRPr="00010C26" w14:paraId="470C098F" w14:textId="77777777" w:rsidTr="000C171B">
        <w:trPr>
          <w:jc w:val="center"/>
        </w:trPr>
        <w:tc>
          <w:tcPr>
            <w:tcW w:w="10296"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27A38402" w14:textId="0A8D62E8" w:rsidR="009D0301" w:rsidRPr="00010C26" w:rsidRDefault="00D3344D" w:rsidP="00D3344D">
            <w:pPr>
              <w:spacing w:after="40" w:line="252" w:lineRule="auto"/>
              <w:rPr>
                <w:lang w:val="nl-BE"/>
              </w:rPr>
            </w:pPr>
            <w:r w:rsidRPr="00010C26">
              <w:rPr>
                <w:b/>
                <w:bCs/>
                <w:color w:val="FFFFFF"/>
                <w:lang w:val="nl-BE"/>
              </w:rPr>
              <w:lastRenderedPageBreak/>
              <w:t>3.4 Planning, tijdsvereiste en risico’s</w:t>
            </w:r>
          </w:p>
        </w:tc>
      </w:tr>
      <w:tr w:rsidR="009D0301" w:rsidRPr="00EE5624" w14:paraId="0E083515" w14:textId="77777777" w:rsidTr="000C171B">
        <w:trPr>
          <w:jc w:val="center"/>
        </w:trPr>
        <w:tc>
          <w:tcPr>
            <w:tcW w:w="10296"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31396971" w14:textId="77777777" w:rsidR="009D0301" w:rsidRPr="00010C26" w:rsidRDefault="003E7317">
            <w:pPr>
              <w:spacing w:after="40" w:line="252" w:lineRule="auto"/>
              <w:rPr>
                <w:lang w:val="nl-BE"/>
              </w:rPr>
            </w:pPr>
            <w:r w:rsidRPr="00010C26">
              <w:rPr>
                <w:i/>
                <w:iCs/>
                <w:color w:val="646464"/>
                <w:sz w:val="18"/>
                <w:szCs w:val="18"/>
                <w:lang w:val="nl-BE"/>
              </w:rPr>
              <w:t>Vermeld de garanties met betrekking tot de toegankelijkheid voor het publiek uiterlijk op 30 juni 2029, de voorlopige retroplanning en de geïdentificeerde risico’s.</w:t>
            </w:r>
          </w:p>
          <w:p w14:paraId="6CB1908A" w14:textId="77777777" w:rsidR="009D0301" w:rsidRPr="00010C26" w:rsidRDefault="009D0301">
            <w:pPr>
              <w:spacing w:after="40" w:line="252" w:lineRule="auto"/>
              <w:rPr>
                <w:lang w:val="nl-BE"/>
              </w:rPr>
            </w:pPr>
          </w:p>
          <w:p w14:paraId="7302EA67" w14:textId="77777777" w:rsidR="009D0301" w:rsidRPr="00010C26" w:rsidRDefault="009D0301">
            <w:pPr>
              <w:spacing w:after="40" w:line="252" w:lineRule="auto"/>
              <w:rPr>
                <w:lang w:val="nl-BE"/>
              </w:rPr>
            </w:pPr>
          </w:p>
          <w:p w14:paraId="51E75D64" w14:textId="77777777" w:rsidR="009D0301" w:rsidRPr="00010C26" w:rsidRDefault="009D0301">
            <w:pPr>
              <w:spacing w:after="40" w:line="252" w:lineRule="auto"/>
              <w:rPr>
                <w:lang w:val="nl-BE"/>
              </w:rPr>
            </w:pPr>
          </w:p>
          <w:p w14:paraId="33F6956D" w14:textId="77777777" w:rsidR="009D0301" w:rsidRPr="00010C26" w:rsidRDefault="009D0301">
            <w:pPr>
              <w:spacing w:after="40" w:line="252" w:lineRule="auto"/>
              <w:rPr>
                <w:lang w:val="nl-BE"/>
              </w:rPr>
            </w:pPr>
          </w:p>
          <w:p w14:paraId="15CF571C" w14:textId="77777777" w:rsidR="009D0301" w:rsidRPr="00010C26" w:rsidRDefault="009D0301">
            <w:pPr>
              <w:spacing w:after="40" w:line="252" w:lineRule="auto"/>
              <w:rPr>
                <w:lang w:val="nl-BE"/>
              </w:rPr>
            </w:pPr>
          </w:p>
          <w:p w14:paraId="4E4D7ED9" w14:textId="77777777" w:rsidR="009D0301" w:rsidRPr="00010C26" w:rsidRDefault="009D0301">
            <w:pPr>
              <w:spacing w:after="40" w:line="252" w:lineRule="auto"/>
              <w:rPr>
                <w:lang w:val="nl-BE"/>
              </w:rPr>
            </w:pPr>
          </w:p>
        </w:tc>
      </w:tr>
    </w:tbl>
    <w:p w14:paraId="6BE92FD5" w14:textId="77777777" w:rsidR="009D0301" w:rsidRPr="00010C26" w:rsidRDefault="009D0301">
      <w:pPr>
        <w:spacing w:after="0"/>
        <w:rPr>
          <w:lang w:val="nl-BE"/>
        </w:rPr>
      </w:pPr>
    </w:p>
    <w:tbl>
      <w:tblPr>
        <w:tblW w:w="0" w:type="auto"/>
        <w:jc w:val="center"/>
        <w:tblLook w:val="04A0" w:firstRow="1" w:lastRow="0" w:firstColumn="1" w:lastColumn="0" w:noHBand="0" w:noVBand="1"/>
      </w:tblPr>
      <w:tblGrid>
        <w:gridCol w:w="10296"/>
      </w:tblGrid>
      <w:tr w:rsidR="009D0301" w:rsidRPr="00EE5624" w14:paraId="1508EF5E" w14:textId="77777777" w:rsidTr="00EE5624">
        <w:trPr>
          <w:jc w:val="center"/>
        </w:trPr>
        <w:tc>
          <w:tcPr>
            <w:tcW w:w="10312"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6BDCE9F9" w14:textId="2A34B11D" w:rsidR="009D0301" w:rsidRPr="00010C26" w:rsidRDefault="00DE616C" w:rsidP="00DE616C">
            <w:pPr>
              <w:spacing w:after="40" w:line="252" w:lineRule="auto"/>
              <w:rPr>
                <w:lang w:val="nl-BE"/>
              </w:rPr>
            </w:pPr>
            <w:r w:rsidRPr="00010C26">
              <w:rPr>
                <w:b/>
                <w:bCs/>
                <w:color w:val="FFFFFF"/>
                <w:lang w:val="nl-BE"/>
              </w:rPr>
              <w:t>3.5 Verwacht effect op de leefomgeving</w:t>
            </w:r>
          </w:p>
        </w:tc>
      </w:tr>
      <w:tr w:rsidR="009D0301" w:rsidRPr="00EE5624" w14:paraId="16EB7DE3" w14:textId="77777777">
        <w:trPr>
          <w:jc w:val="center"/>
        </w:trPr>
        <w:tc>
          <w:tcPr>
            <w:tcW w:w="10312"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48105B8D" w14:textId="77777777" w:rsidR="00010C26" w:rsidRPr="00010C26" w:rsidRDefault="00010C26">
            <w:pPr>
              <w:spacing w:after="40" w:line="252" w:lineRule="auto"/>
              <w:rPr>
                <w:kern w:val="2"/>
                <w:szCs w:val="20"/>
                <w:lang w:val="nl-BE" w:eastAsia="fr-BE"/>
                <w14:ligatures w14:val="standardContextual"/>
              </w:rPr>
            </w:pPr>
            <w:r w:rsidRPr="00010C26">
              <w:rPr>
                <w:i/>
                <w:iCs/>
                <w:color w:val="646464"/>
                <w:sz w:val="18"/>
                <w:szCs w:val="18"/>
                <w:lang w:val="nl-BE"/>
              </w:rPr>
              <w:t>Beschrijf de verwachte effecten voor de bewoners en gebruikers, evenals het geraamde aantal gebruikers van de inrichting.</w:t>
            </w:r>
          </w:p>
          <w:p w14:paraId="5E3A549E" w14:textId="77777777" w:rsidR="009D0301" w:rsidRPr="00010C26" w:rsidRDefault="009D0301">
            <w:pPr>
              <w:spacing w:after="40" w:line="252" w:lineRule="auto"/>
              <w:rPr>
                <w:lang w:val="nl-BE"/>
              </w:rPr>
            </w:pPr>
          </w:p>
          <w:p w14:paraId="7ECD28C1" w14:textId="77777777" w:rsidR="009D0301" w:rsidRPr="00010C26" w:rsidRDefault="009D0301">
            <w:pPr>
              <w:spacing w:after="40" w:line="252" w:lineRule="auto"/>
              <w:rPr>
                <w:lang w:val="nl-BE"/>
              </w:rPr>
            </w:pPr>
          </w:p>
          <w:p w14:paraId="1FA181E1" w14:textId="77777777" w:rsidR="009D0301" w:rsidRPr="00010C26" w:rsidRDefault="009D0301">
            <w:pPr>
              <w:spacing w:after="40" w:line="252" w:lineRule="auto"/>
              <w:rPr>
                <w:lang w:val="nl-BE"/>
              </w:rPr>
            </w:pPr>
          </w:p>
          <w:p w14:paraId="120061B1" w14:textId="77777777" w:rsidR="009D0301" w:rsidRPr="00010C26" w:rsidRDefault="009D0301">
            <w:pPr>
              <w:spacing w:after="40" w:line="252" w:lineRule="auto"/>
              <w:rPr>
                <w:lang w:val="nl-BE"/>
              </w:rPr>
            </w:pPr>
          </w:p>
          <w:p w14:paraId="33B08BAF" w14:textId="77777777" w:rsidR="009D0301" w:rsidRPr="00010C26" w:rsidRDefault="009D0301">
            <w:pPr>
              <w:spacing w:after="40" w:line="252" w:lineRule="auto"/>
              <w:rPr>
                <w:lang w:val="nl-BE"/>
              </w:rPr>
            </w:pPr>
          </w:p>
        </w:tc>
      </w:tr>
    </w:tbl>
    <w:p w14:paraId="6349219D" w14:textId="77777777" w:rsidR="009D0301" w:rsidRPr="00010C26" w:rsidRDefault="009D0301">
      <w:pPr>
        <w:spacing w:after="0"/>
        <w:rPr>
          <w:lang w:val="nl-BE"/>
        </w:rPr>
      </w:pPr>
    </w:p>
    <w:tbl>
      <w:tblPr>
        <w:tblW w:w="0" w:type="auto"/>
        <w:jc w:val="center"/>
        <w:tblLook w:val="04A0" w:firstRow="1" w:lastRow="0" w:firstColumn="1" w:lastColumn="0" w:noHBand="0" w:noVBand="1"/>
      </w:tblPr>
      <w:tblGrid>
        <w:gridCol w:w="10296"/>
      </w:tblGrid>
      <w:tr w:rsidR="009D0301" w:rsidRPr="00EE5624" w14:paraId="70DA101C" w14:textId="77777777" w:rsidTr="00EE5624">
        <w:trPr>
          <w:jc w:val="center"/>
        </w:trPr>
        <w:tc>
          <w:tcPr>
            <w:tcW w:w="10312"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079B6E10" w14:textId="0E03172E" w:rsidR="009D0301" w:rsidRPr="00010C26" w:rsidRDefault="00010C26" w:rsidP="00010C26">
            <w:pPr>
              <w:spacing w:after="40" w:line="252" w:lineRule="auto"/>
              <w:rPr>
                <w:kern w:val="2"/>
                <w:szCs w:val="20"/>
                <w:lang w:val="nl-BE" w:eastAsia="fr-BE"/>
                <w14:ligatures w14:val="standardContextual"/>
              </w:rPr>
            </w:pPr>
            <w:r w:rsidRPr="00010C26">
              <w:rPr>
                <w:b/>
                <w:bCs/>
                <w:color w:val="FFFFFF"/>
                <w:lang w:val="nl-BE"/>
              </w:rPr>
              <w:t>3.6 Verhouding tussen de investering en de verwachte voordelen voor de wijk</w:t>
            </w:r>
          </w:p>
        </w:tc>
      </w:tr>
      <w:tr w:rsidR="009D0301" w:rsidRPr="00EE5624" w14:paraId="6E3ECCE7" w14:textId="77777777">
        <w:trPr>
          <w:jc w:val="center"/>
        </w:trPr>
        <w:tc>
          <w:tcPr>
            <w:tcW w:w="10312"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5EA3138D" w14:textId="77777777" w:rsidR="009D0301" w:rsidRPr="00010C26" w:rsidRDefault="000F19F4">
            <w:pPr>
              <w:spacing w:after="40" w:line="252" w:lineRule="auto"/>
              <w:rPr>
                <w:lang w:val="nl-BE"/>
              </w:rPr>
            </w:pPr>
            <w:r w:rsidRPr="00010C26">
              <w:rPr>
                <w:i/>
                <w:iCs/>
                <w:color w:val="646464"/>
                <w:sz w:val="18"/>
                <w:szCs w:val="18"/>
                <w:lang w:val="nl-BE"/>
              </w:rPr>
              <w:t>Leg uit in welke mate de investering in verhouding staat tot de verwachte voordelen voor de wijk.</w:t>
            </w:r>
          </w:p>
          <w:p w14:paraId="0590BCDA" w14:textId="77777777" w:rsidR="009D0301" w:rsidRPr="00010C26" w:rsidRDefault="009D0301">
            <w:pPr>
              <w:spacing w:after="40" w:line="252" w:lineRule="auto"/>
              <w:rPr>
                <w:lang w:val="nl-BE"/>
              </w:rPr>
            </w:pPr>
          </w:p>
          <w:p w14:paraId="1CA9AA39" w14:textId="77777777" w:rsidR="009D0301" w:rsidRPr="00010C26" w:rsidRDefault="009D0301">
            <w:pPr>
              <w:spacing w:after="40" w:line="252" w:lineRule="auto"/>
              <w:rPr>
                <w:lang w:val="nl-BE"/>
              </w:rPr>
            </w:pPr>
          </w:p>
          <w:p w14:paraId="33F41AEF" w14:textId="77777777" w:rsidR="009D0301" w:rsidRPr="00010C26" w:rsidRDefault="009D0301">
            <w:pPr>
              <w:spacing w:after="40" w:line="252" w:lineRule="auto"/>
              <w:rPr>
                <w:lang w:val="nl-BE"/>
              </w:rPr>
            </w:pPr>
          </w:p>
          <w:p w14:paraId="36BA0E94" w14:textId="77777777" w:rsidR="009D0301" w:rsidRPr="00010C26" w:rsidRDefault="009D0301">
            <w:pPr>
              <w:spacing w:after="40" w:line="252" w:lineRule="auto"/>
              <w:rPr>
                <w:lang w:val="nl-BE"/>
              </w:rPr>
            </w:pPr>
          </w:p>
          <w:p w14:paraId="1ACE0FBF" w14:textId="77777777" w:rsidR="009D0301" w:rsidRPr="00010C26" w:rsidRDefault="009D0301">
            <w:pPr>
              <w:spacing w:after="40" w:line="252" w:lineRule="auto"/>
              <w:rPr>
                <w:lang w:val="nl-BE"/>
              </w:rPr>
            </w:pPr>
          </w:p>
        </w:tc>
      </w:tr>
    </w:tbl>
    <w:p w14:paraId="7A47B4CC" w14:textId="77777777" w:rsidR="009D0301" w:rsidRPr="00010C26" w:rsidRDefault="009D0301">
      <w:pPr>
        <w:spacing w:after="0"/>
        <w:rPr>
          <w:lang w:val="nl-BE"/>
        </w:rPr>
      </w:pPr>
    </w:p>
    <w:tbl>
      <w:tblPr>
        <w:tblW w:w="0" w:type="auto"/>
        <w:jc w:val="center"/>
        <w:tblLook w:val="04A0" w:firstRow="1" w:lastRow="0" w:firstColumn="1" w:lastColumn="0" w:noHBand="0" w:noVBand="1"/>
      </w:tblPr>
      <w:tblGrid>
        <w:gridCol w:w="10296"/>
      </w:tblGrid>
      <w:tr w:rsidR="009D0301" w:rsidRPr="00EE5624" w14:paraId="2F28340E" w14:textId="77777777" w:rsidTr="00EE5624">
        <w:trPr>
          <w:jc w:val="center"/>
        </w:trPr>
        <w:tc>
          <w:tcPr>
            <w:tcW w:w="10312"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2BEFF21E" w14:textId="62937BC5" w:rsidR="009D0301" w:rsidRPr="00010C26" w:rsidRDefault="004D0237" w:rsidP="004D0237">
            <w:pPr>
              <w:spacing w:after="40" w:line="252" w:lineRule="auto"/>
              <w:rPr>
                <w:lang w:val="nl-BE"/>
              </w:rPr>
            </w:pPr>
            <w:r w:rsidRPr="00010C26">
              <w:rPr>
                <w:b/>
                <w:bCs/>
                <w:color w:val="FFFFFF"/>
                <w:lang w:val="nl-BE"/>
              </w:rPr>
              <w:t>3.7 Wijk die als achtergesteld wordt beschouwd</w:t>
            </w:r>
          </w:p>
        </w:tc>
      </w:tr>
      <w:tr w:rsidR="009D0301" w:rsidRPr="00EE5624" w14:paraId="0948FE6F" w14:textId="77777777">
        <w:trPr>
          <w:jc w:val="center"/>
        </w:trPr>
        <w:tc>
          <w:tcPr>
            <w:tcW w:w="10312"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509DC675" w14:textId="77777777" w:rsidR="009D0301" w:rsidRPr="00010C26" w:rsidRDefault="007F2173">
            <w:pPr>
              <w:spacing w:after="40" w:line="252" w:lineRule="auto"/>
              <w:rPr>
                <w:lang w:val="nl-BE"/>
              </w:rPr>
            </w:pPr>
            <w:r w:rsidRPr="00010C26">
              <w:rPr>
                <w:i/>
                <w:iCs/>
                <w:color w:val="646464"/>
                <w:sz w:val="18"/>
                <w:szCs w:val="18"/>
                <w:lang w:val="nl-BE"/>
              </w:rPr>
              <w:t>Vermeld, indien van toepassing, de betrokken wijk en voeg elk nuttig element toe waaruit blijkt dat de wijk is opgenomen in de bijgevoegde lijst.</w:t>
            </w:r>
          </w:p>
          <w:p w14:paraId="23D069B3" w14:textId="77777777" w:rsidR="009D0301" w:rsidRPr="00010C26" w:rsidRDefault="009D0301">
            <w:pPr>
              <w:spacing w:after="40" w:line="252" w:lineRule="auto"/>
              <w:rPr>
                <w:lang w:val="nl-BE"/>
              </w:rPr>
            </w:pPr>
          </w:p>
          <w:p w14:paraId="0D73C98E" w14:textId="77777777" w:rsidR="009D0301" w:rsidRPr="00010C26" w:rsidRDefault="009D0301">
            <w:pPr>
              <w:spacing w:after="40" w:line="252" w:lineRule="auto"/>
              <w:rPr>
                <w:lang w:val="nl-BE"/>
              </w:rPr>
            </w:pPr>
          </w:p>
          <w:p w14:paraId="2E07F1AD" w14:textId="77777777" w:rsidR="009D0301" w:rsidRPr="00010C26" w:rsidRDefault="009D0301">
            <w:pPr>
              <w:spacing w:after="40" w:line="252" w:lineRule="auto"/>
              <w:rPr>
                <w:lang w:val="nl-BE"/>
              </w:rPr>
            </w:pPr>
          </w:p>
          <w:p w14:paraId="01CF5052" w14:textId="77777777" w:rsidR="009D0301" w:rsidRPr="00010C26" w:rsidRDefault="009D0301">
            <w:pPr>
              <w:spacing w:after="40" w:line="252" w:lineRule="auto"/>
              <w:rPr>
                <w:lang w:val="nl-BE"/>
              </w:rPr>
            </w:pPr>
          </w:p>
        </w:tc>
      </w:tr>
    </w:tbl>
    <w:p w14:paraId="505594FC" w14:textId="265F461B" w:rsidR="00EE5624" w:rsidRDefault="00EE5624">
      <w:pPr>
        <w:spacing w:after="0"/>
        <w:rPr>
          <w:lang w:val="nl-BE"/>
        </w:rPr>
      </w:pPr>
    </w:p>
    <w:p w14:paraId="301152D3" w14:textId="77777777" w:rsidR="00EE5624" w:rsidRDefault="00EE5624">
      <w:pPr>
        <w:spacing w:after="200" w:line="276" w:lineRule="auto"/>
        <w:rPr>
          <w:lang w:val="nl-BE"/>
        </w:rPr>
      </w:pPr>
      <w:r>
        <w:rPr>
          <w:lang w:val="nl-BE"/>
        </w:rPr>
        <w:br w:type="page"/>
      </w:r>
    </w:p>
    <w:p w14:paraId="272A8C90" w14:textId="77777777" w:rsidR="009D0301" w:rsidRPr="00010C26" w:rsidRDefault="009D0301">
      <w:pPr>
        <w:spacing w:after="0"/>
        <w:rPr>
          <w:lang w:val="nl-BE"/>
        </w:rPr>
      </w:pPr>
    </w:p>
    <w:tbl>
      <w:tblPr>
        <w:tblW w:w="0" w:type="auto"/>
        <w:jc w:val="center"/>
        <w:tblLook w:val="04A0" w:firstRow="1" w:lastRow="0" w:firstColumn="1" w:lastColumn="0" w:noHBand="0" w:noVBand="1"/>
      </w:tblPr>
      <w:tblGrid>
        <w:gridCol w:w="10296"/>
      </w:tblGrid>
      <w:tr w:rsidR="009D0301" w:rsidRPr="00010C26" w14:paraId="2C6FB211" w14:textId="77777777" w:rsidTr="00EE5624">
        <w:trPr>
          <w:jc w:val="center"/>
        </w:trPr>
        <w:tc>
          <w:tcPr>
            <w:tcW w:w="10312"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7E415BE7" w14:textId="1C0A6B90" w:rsidR="009D0301" w:rsidRPr="00010C26" w:rsidRDefault="008C3F8B" w:rsidP="008C3F8B">
            <w:pPr>
              <w:spacing w:after="40" w:line="252" w:lineRule="auto"/>
              <w:rPr>
                <w:lang w:val="nl-BE"/>
              </w:rPr>
            </w:pPr>
            <w:r w:rsidRPr="00010C26">
              <w:rPr>
                <w:b/>
                <w:bCs/>
                <w:color w:val="FFFFFF"/>
                <w:lang w:val="nl-BE"/>
              </w:rPr>
              <w:t>3.8 Aanvullende informatie</w:t>
            </w:r>
          </w:p>
        </w:tc>
      </w:tr>
      <w:tr w:rsidR="009D0301" w:rsidRPr="00EE5624" w14:paraId="683EED5F" w14:textId="77777777">
        <w:trPr>
          <w:jc w:val="center"/>
        </w:trPr>
        <w:tc>
          <w:tcPr>
            <w:tcW w:w="10312"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60B9F55C" w14:textId="77777777" w:rsidR="009D0301" w:rsidRPr="00010C26" w:rsidRDefault="003309CE">
            <w:pPr>
              <w:spacing w:after="40" w:line="252" w:lineRule="auto"/>
              <w:rPr>
                <w:lang w:val="nl-BE"/>
              </w:rPr>
            </w:pPr>
            <w:r w:rsidRPr="00010C26">
              <w:rPr>
                <w:i/>
                <w:iCs/>
                <w:color w:val="646464"/>
                <w:sz w:val="18"/>
                <w:szCs w:val="18"/>
                <w:lang w:val="nl-BE"/>
              </w:rPr>
              <w:t>Voeg alle informatie toe die nuttig is voor een goed begrip van het project.</w:t>
            </w:r>
          </w:p>
          <w:p w14:paraId="5F9E89DE" w14:textId="77777777" w:rsidR="009D0301" w:rsidRPr="00010C26" w:rsidRDefault="009D0301">
            <w:pPr>
              <w:spacing w:after="40" w:line="252" w:lineRule="auto"/>
              <w:rPr>
                <w:lang w:val="nl-BE"/>
              </w:rPr>
            </w:pPr>
          </w:p>
          <w:p w14:paraId="601BEC7A" w14:textId="77777777" w:rsidR="009D0301" w:rsidRPr="00010C26" w:rsidRDefault="009D0301">
            <w:pPr>
              <w:spacing w:after="40" w:line="252" w:lineRule="auto"/>
              <w:rPr>
                <w:lang w:val="nl-BE"/>
              </w:rPr>
            </w:pPr>
          </w:p>
          <w:p w14:paraId="2A4BF491" w14:textId="77777777" w:rsidR="009D0301" w:rsidRPr="00010C26" w:rsidRDefault="009D0301">
            <w:pPr>
              <w:spacing w:after="40" w:line="252" w:lineRule="auto"/>
              <w:rPr>
                <w:lang w:val="nl-BE"/>
              </w:rPr>
            </w:pPr>
          </w:p>
          <w:p w14:paraId="3EF215E6" w14:textId="77777777" w:rsidR="009D0301" w:rsidRPr="00010C26" w:rsidRDefault="009D0301">
            <w:pPr>
              <w:spacing w:after="40" w:line="252" w:lineRule="auto"/>
              <w:rPr>
                <w:lang w:val="nl-BE"/>
              </w:rPr>
            </w:pPr>
          </w:p>
        </w:tc>
      </w:tr>
    </w:tbl>
    <w:p w14:paraId="4604CE82" w14:textId="77777777" w:rsidR="009D0301" w:rsidRPr="00EE5624" w:rsidRDefault="00757034">
      <w:pPr>
        <w:spacing w:before="240" w:after="100"/>
        <w:rPr>
          <w:color w:val="C92274"/>
          <w:lang w:val="nl-BE"/>
        </w:rPr>
      </w:pPr>
      <w:r w:rsidRPr="00EE5624">
        <w:rPr>
          <w:b/>
          <w:bCs/>
          <w:color w:val="C92274"/>
          <w:sz w:val="28"/>
          <w:szCs w:val="28"/>
          <w:lang w:val="nl-BE"/>
        </w:rPr>
        <w:t>4. Elementen gevraagd onder punt 3 – Selectiecriteria</w:t>
      </w:r>
    </w:p>
    <w:tbl>
      <w:tblPr>
        <w:tblW w:w="10415" w:type="dxa"/>
        <w:jc w:val="center"/>
        <w:tblLayout w:type="fixed"/>
        <w:tblLook w:val="04A0" w:firstRow="1" w:lastRow="0" w:firstColumn="1" w:lastColumn="0" w:noHBand="0" w:noVBand="1"/>
      </w:tblPr>
      <w:tblGrid>
        <w:gridCol w:w="2251"/>
        <w:gridCol w:w="2703"/>
        <w:gridCol w:w="5461"/>
      </w:tblGrid>
      <w:tr w:rsidR="009D0301" w:rsidRPr="00EE5624" w14:paraId="32F579C3" w14:textId="77777777" w:rsidTr="00EE5624">
        <w:trPr>
          <w:jc w:val="center"/>
        </w:trPr>
        <w:tc>
          <w:tcPr>
            <w:tcW w:w="2251"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350CE1FD" w14:textId="12072D6C" w:rsidR="009D0301" w:rsidRPr="00010C26" w:rsidRDefault="00B26FFC" w:rsidP="00B26FFC">
            <w:pPr>
              <w:spacing w:after="40" w:line="252" w:lineRule="auto"/>
              <w:rPr>
                <w:lang w:val="nl-BE"/>
              </w:rPr>
            </w:pPr>
            <w:r w:rsidRPr="00010C26">
              <w:rPr>
                <w:b/>
                <w:bCs/>
                <w:color w:val="FFFFFF"/>
                <w:sz w:val="18"/>
                <w:szCs w:val="18"/>
                <w:lang w:val="nl-BE"/>
              </w:rPr>
              <w:t>Selectiecriterium en score</w:t>
            </w:r>
          </w:p>
        </w:tc>
        <w:tc>
          <w:tcPr>
            <w:tcW w:w="2703"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4A46786F" w14:textId="7A704AE2" w:rsidR="009D0301" w:rsidRPr="00010C26" w:rsidRDefault="00010C26" w:rsidP="00010C26">
            <w:pPr>
              <w:spacing w:after="40" w:line="252" w:lineRule="auto"/>
              <w:rPr>
                <w:kern w:val="2"/>
                <w:szCs w:val="20"/>
                <w:lang w:val="nl-BE" w:eastAsia="fr-BE"/>
                <w14:ligatures w14:val="standardContextual"/>
              </w:rPr>
            </w:pPr>
            <w:r w:rsidRPr="00010C26">
              <w:rPr>
                <w:b/>
                <w:bCs/>
                <w:color w:val="FFFFFF"/>
                <w:sz w:val="18"/>
                <w:szCs w:val="18"/>
                <w:lang w:val="nl-BE"/>
              </w:rPr>
              <w:t>Te verduidelijken elementen in de aanvraag</w:t>
            </w:r>
          </w:p>
        </w:tc>
        <w:tc>
          <w:tcPr>
            <w:tcW w:w="5461"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0C8705C8" w14:textId="0E4E1F72" w:rsidR="009D0301" w:rsidRPr="00010C26" w:rsidRDefault="00010C26" w:rsidP="00010C26">
            <w:pPr>
              <w:spacing w:after="40" w:line="252" w:lineRule="auto"/>
              <w:rPr>
                <w:kern w:val="2"/>
                <w:szCs w:val="20"/>
                <w:lang w:val="nl-BE" w:eastAsia="fr-BE"/>
                <w14:ligatures w14:val="standardContextual"/>
              </w:rPr>
            </w:pPr>
            <w:r w:rsidRPr="00010C26">
              <w:rPr>
                <w:b/>
                <w:bCs/>
                <w:color w:val="FFFFFF"/>
                <w:sz w:val="18"/>
                <w:szCs w:val="18"/>
                <w:lang w:val="nl-BE"/>
              </w:rPr>
              <w:t>In te vullen door de aanvrager</w:t>
            </w:r>
          </w:p>
        </w:tc>
      </w:tr>
      <w:tr w:rsidR="009D0301" w:rsidRPr="00EE5624" w14:paraId="3D97FE92" w14:textId="77777777" w:rsidTr="00EE5624">
        <w:trPr>
          <w:jc w:val="center"/>
        </w:trPr>
        <w:tc>
          <w:tcPr>
            <w:tcW w:w="225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60306255" w14:textId="77777777" w:rsidR="009D0301" w:rsidRPr="00010C26" w:rsidRDefault="0077451A">
            <w:pPr>
              <w:spacing w:after="40" w:line="252" w:lineRule="auto"/>
              <w:rPr>
                <w:lang w:val="nl-BE"/>
              </w:rPr>
            </w:pPr>
            <w:r w:rsidRPr="00010C26">
              <w:rPr>
                <w:b/>
                <w:bCs/>
                <w:sz w:val="18"/>
                <w:szCs w:val="18"/>
                <w:lang w:val="nl-BE"/>
              </w:rPr>
              <w:t>Relevantie van het project voor de beoogde doelstelling</w:t>
            </w:r>
          </w:p>
          <w:p w14:paraId="39F3497D" w14:textId="64E3D91E" w:rsidR="009D0301" w:rsidRPr="00010C26" w:rsidRDefault="00160669" w:rsidP="00160669">
            <w:pPr>
              <w:spacing w:before="40" w:after="40" w:line="252" w:lineRule="auto"/>
              <w:rPr>
                <w:lang w:val="nl-BE"/>
              </w:rPr>
            </w:pPr>
            <w:r w:rsidRPr="00EE5624">
              <w:rPr>
                <w:b/>
                <w:bCs/>
                <w:color w:val="C92274"/>
                <w:sz w:val="18"/>
                <w:szCs w:val="18"/>
                <w:lang w:val="nl-BE"/>
              </w:rPr>
              <w:t>Score</w:t>
            </w:r>
            <w:r w:rsidR="00D03F3E" w:rsidRPr="00EE5624">
              <w:rPr>
                <w:b/>
                <w:color w:val="C92274"/>
                <w:sz w:val="18"/>
                <w:lang w:val="nl-BE"/>
              </w:rPr>
              <w:t>: /30</w:t>
            </w:r>
          </w:p>
        </w:tc>
        <w:tc>
          <w:tcPr>
            <w:tcW w:w="2703"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7D519846" w14:textId="77777777" w:rsidR="009D0301" w:rsidRPr="00010C26" w:rsidRDefault="00BF0C51">
            <w:pPr>
              <w:spacing w:after="40" w:line="252" w:lineRule="auto"/>
              <w:ind w:left="140"/>
              <w:rPr>
                <w:lang w:val="nl-BE"/>
              </w:rPr>
            </w:pPr>
            <w:r w:rsidRPr="00010C26">
              <w:rPr>
                <w:sz w:val="17"/>
                <w:szCs w:val="17"/>
                <w:lang w:val="nl-BE"/>
              </w:rPr>
              <w:t>• Het project is duidelijk gericht op de verfraaiing van de openbare ruimte.</w:t>
            </w:r>
          </w:p>
          <w:p w14:paraId="5C82F120" w14:textId="77777777" w:rsidR="009D0301" w:rsidRPr="00010C26" w:rsidRDefault="00247707">
            <w:pPr>
              <w:spacing w:after="40" w:line="252" w:lineRule="auto"/>
              <w:ind w:left="140"/>
              <w:rPr>
                <w:lang w:val="nl-BE"/>
              </w:rPr>
            </w:pPr>
            <w:r w:rsidRPr="00010C26">
              <w:rPr>
                <w:sz w:val="17"/>
                <w:szCs w:val="17"/>
                <w:lang w:val="nl-BE"/>
              </w:rPr>
              <w:t>• Het project draagt bij aan het verbeteren van het imago en het gebruik van de ruimte.</w:t>
            </w:r>
          </w:p>
          <w:p w14:paraId="47A802B1" w14:textId="01729E26" w:rsidR="009D0301" w:rsidRPr="00010C26" w:rsidRDefault="00F21EFF" w:rsidP="00F21EFF">
            <w:pPr>
              <w:spacing w:after="40" w:line="252" w:lineRule="auto"/>
              <w:ind w:left="140"/>
              <w:rPr>
                <w:lang w:val="nl-BE"/>
              </w:rPr>
            </w:pPr>
            <w:r w:rsidRPr="00010C26">
              <w:rPr>
                <w:sz w:val="17"/>
                <w:szCs w:val="17"/>
                <w:lang w:val="nl-BE"/>
              </w:rPr>
              <w:t>• Het project beantwoordt aan een duidelijk geïdentificeerde lokale behoefte.</w:t>
            </w:r>
          </w:p>
        </w:tc>
        <w:tc>
          <w:tcPr>
            <w:tcW w:w="546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26E8CD00" w14:textId="77777777" w:rsidR="00010C26" w:rsidRPr="00010C26" w:rsidRDefault="00010C26">
            <w:pPr>
              <w:spacing w:after="40" w:line="252" w:lineRule="auto"/>
              <w:rPr>
                <w:kern w:val="2"/>
                <w:szCs w:val="20"/>
                <w:lang w:val="nl-BE" w:eastAsia="fr-BE"/>
                <w14:ligatures w14:val="standardContextual"/>
              </w:rPr>
            </w:pPr>
            <w:r w:rsidRPr="00010C26">
              <w:rPr>
                <w:i/>
                <w:iCs/>
                <w:color w:val="646464"/>
                <w:sz w:val="18"/>
                <w:szCs w:val="18"/>
                <w:lang w:val="nl-BE"/>
              </w:rPr>
              <w:t>In te vullen door de aanvrager</w:t>
            </w:r>
          </w:p>
          <w:p w14:paraId="1AEF89A8" w14:textId="77777777" w:rsidR="009D0301" w:rsidRPr="00010C26" w:rsidRDefault="009D0301">
            <w:pPr>
              <w:spacing w:after="40" w:line="252" w:lineRule="auto"/>
              <w:rPr>
                <w:lang w:val="nl-BE"/>
              </w:rPr>
            </w:pPr>
          </w:p>
          <w:p w14:paraId="7280C1E7" w14:textId="77777777" w:rsidR="009D0301" w:rsidRPr="00010C26" w:rsidRDefault="009D0301">
            <w:pPr>
              <w:spacing w:after="40" w:line="252" w:lineRule="auto"/>
              <w:rPr>
                <w:lang w:val="nl-BE"/>
              </w:rPr>
            </w:pPr>
          </w:p>
          <w:p w14:paraId="509BACE2" w14:textId="77777777" w:rsidR="009D0301" w:rsidRPr="00010C26" w:rsidRDefault="009D0301">
            <w:pPr>
              <w:spacing w:after="40" w:line="252" w:lineRule="auto"/>
              <w:rPr>
                <w:lang w:val="nl-BE"/>
              </w:rPr>
            </w:pPr>
          </w:p>
          <w:p w14:paraId="7F443E94" w14:textId="77777777" w:rsidR="009D0301" w:rsidRPr="00010C26" w:rsidRDefault="009D0301">
            <w:pPr>
              <w:spacing w:after="40" w:line="252" w:lineRule="auto"/>
              <w:rPr>
                <w:lang w:val="nl-BE"/>
              </w:rPr>
            </w:pPr>
          </w:p>
          <w:p w14:paraId="7821A3DB" w14:textId="77777777" w:rsidR="009D0301" w:rsidRPr="00010C26" w:rsidRDefault="009D0301">
            <w:pPr>
              <w:spacing w:after="40" w:line="252" w:lineRule="auto"/>
              <w:rPr>
                <w:lang w:val="nl-BE"/>
              </w:rPr>
            </w:pPr>
          </w:p>
        </w:tc>
      </w:tr>
      <w:tr w:rsidR="009D0301" w:rsidRPr="00EE5624" w14:paraId="6953DA97" w14:textId="77777777" w:rsidTr="00EE5624">
        <w:trPr>
          <w:jc w:val="center"/>
        </w:trPr>
        <w:tc>
          <w:tcPr>
            <w:tcW w:w="225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5AFAEE48" w14:textId="77777777" w:rsidR="009D0301" w:rsidRPr="00010C26" w:rsidRDefault="00483266">
            <w:pPr>
              <w:spacing w:after="40" w:line="252" w:lineRule="auto"/>
              <w:rPr>
                <w:lang w:val="nl-BE"/>
              </w:rPr>
            </w:pPr>
            <w:r w:rsidRPr="00010C26">
              <w:rPr>
                <w:b/>
                <w:bCs/>
                <w:sz w:val="18"/>
                <w:szCs w:val="18"/>
                <w:lang w:val="nl-BE"/>
              </w:rPr>
              <w:t>Naleving van de termijn, vastgesteld op 30 juni 2029</w:t>
            </w:r>
          </w:p>
          <w:p w14:paraId="33C303B9" w14:textId="7C155BB3" w:rsidR="009D0301" w:rsidRPr="00010C26" w:rsidRDefault="004C765D" w:rsidP="004C765D">
            <w:pPr>
              <w:spacing w:before="40" w:after="40" w:line="252" w:lineRule="auto"/>
              <w:rPr>
                <w:lang w:val="nl-BE"/>
              </w:rPr>
            </w:pPr>
            <w:r w:rsidRPr="00EE5624">
              <w:rPr>
                <w:b/>
                <w:bCs/>
                <w:color w:val="C92274"/>
                <w:sz w:val="18"/>
                <w:szCs w:val="18"/>
                <w:lang w:val="nl-BE"/>
              </w:rPr>
              <w:t>Score</w:t>
            </w:r>
            <w:r w:rsidR="00D03F3E" w:rsidRPr="00EE5624">
              <w:rPr>
                <w:b/>
                <w:color w:val="C92274"/>
                <w:sz w:val="18"/>
                <w:lang w:val="nl-BE"/>
              </w:rPr>
              <w:t>: /30</w:t>
            </w:r>
          </w:p>
        </w:tc>
        <w:tc>
          <w:tcPr>
            <w:tcW w:w="2703"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199C3F9F" w14:textId="77777777" w:rsidR="004C765D" w:rsidRPr="00010C26" w:rsidRDefault="004C765D">
            <w:pPr>
              <w:spacing w:after="40" w:line="252" w:lineRule="auto"/>
              <w:ind w:left="140"/>
              <w:rPr>
                <w:kern w:val="2"/>
                <w:szCs w:val="20"/>
                <w:lang w:val="nl-BE" w:eastAsia="fr-BE"/>
                <w14:ligatures w14:val="standardContextual"/>
              </w:rPr>
            </w:pPr>
            <w:r w:rsidRPr="00010C26">
              <w:rPr>
                <w:sz w:val="17"/>
                <w:szCs w:val="17"/>
                <w:lang w:val="nl-BE"/>
              </w:rPr>
              <w:t>• Geboden garantie met betrekking tot de naleving van de tijdsvereiste.</w:t>
            </w:r>
          </w:p>
          <w:p w14:paraId="642D9C6A" w14:textId="77777777" w:rsidR="004C765D" w:rsidRPr="00010C26" w:rsidRDefault="004C765D">
            <w:pPr>
              <w:spacing w:after="40" w:line="252" w:lineRule="auto"/>
              <w:ind w:left="140"/>
              <w:rPr>
                <w:kern w:val="2"/>
                <w:szCs w:val="20"/>
                <w:lang w:val="nl-BE" w:eastAsia="fr-BE"/>
                <w14:ligatures w14:val="standardContextual"/>
              </w:rPr>
            </w:pPr>
            <w:r w:rsidRPr="00010C26">
              <w:rPr>
                <w:sz w:val="17"/>
                <w:szCs w:val="17"/>
                <w:lang w:val="nl-BE"/>
              </w:rPr>
              <w:t>• Bestaan van een voorlopige retroplanning.</w:t>
            </w:r>
          </w:p>
          <w:p w14:paraId="116291A1" w14:textId="7CCAA374" w:rsidR="009D0301" w:rsidRPr="00010C26" w:rsidRDefault="004C765D" w:rsidP="004C765D">
            <w:pPr>
              <w:spacing w:after="40" w:line="252" w:lineRule="auto"/>
              <w:ind w:left="140"/>
              <w:rPr>
                <w:kern w:val="2"/>
                <w:szCs w:val="20"/>
                <w:lang w:val="nl-BE" w:eastAsia="fr-BE"/>
                <w14:ligatures w14:val="standardContextual"/>
              </w:rPr>
            </w:pPr>
            <w:r w:rsidRPr="00010C26">
              <w:rPr>
                <w:sz w:val="17"/>
                <w:szCs w:val="17"/>
                <w:lang w:val="nl-BE"/>
              </w:rPr>
              <w:t>• Analyse van de risico’s met betrekking tot de planning en voorziene marges.</w:t>
            </w:r>
          </w:p>
        </w:tc>
        <w:tc>
          <w:tcPr>
            <w:tcW w:w="546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11E48211" w14:textId="77777777" w:rsidR="00010C26" w:rsidRPr="00010C26" w:rsidRDefault="00010C26">
            <w:pPr>
              <w:spacing w:after="40" w:line="252" w:lineRule="auto"/>
              <w:rPr>
                <w:kern w:val="2"/>
                <w:szCs w:val="20"/>
                <w:lang w:val="nl-BE" w:eastAsia="fr-BE"/>
                <w14:ligatures w14:val="standardContextual"/>
              </w:rPr>
            </w:pPr>
            <w:r w:rsidRPr="00010C26">
              <w:rPr>
                <w:i/>
                <w:iCs/>
                <w:color w:val="646464"/>
                <w:sz w:val="18"/>
                <w:szCs w:val="18"/>
                <w:lang w:val="nl-BE"/>
              </w:rPr>
              <w:t>In te vullen door de aanvrager</w:t>
            </w:r>
          </w:p>
          <w:p w14:paraId="095DF505" w14:textId="77777777" w:rsidR="009D0301" w:rsidRPr="00010C26" w:rsidRDefault="009D0301">
            <w:pPr>
              <w:spacing w:after="40" w:line="252" w:lineRule="auto"/>
              <w:rPr>
                <w:lang w:val="nl-BE"/>
              </w:rPr>
            </w:pPr>
          </w:p>
          <w:p w14:paraId="748D677A" w14:textId="77777777" w:rsidR="009D0301" w:rsidRPr="00010C26" w:rsidRDefault="009D0301">
            <w:pPr>
              <w:spacing w:after="40" w:line="252" w:lineRule="auto"/>
              <w:rPr>
                <w:lang w:val="nl-BE"/>
              </w:rPr>
            </w:pPr>
          </w:p>
          <w:p w14:paraId="6FC7A908" w14:textId="77777777" w:rsidR="009D0301" w:rsidRPr="00010C26" w:rsidRDefault="009D0301">
            <w:pPr>
              <w:spacing w:after="40" w:line="252" w:lineRule="auto"/>
              <w:rPr>
                <w:lang w:val="nl-BE"/>
              </w:rPr>
            </w:pPr>
          </w:p>
          <w:p w14:paraId="59AC7F88" w14:textId="77777777" w:rsidR="009D0301" w:rsidRPr="00010C26" w:rsidRDefault="009D0301">
            <w:pPr>
              <w:spacing w:after="40" w:line="252" w:lineRule="auto"/>
              <w:rPr>
                <w:lang w:val="nl-BE"/>
              </w:rPr>
            </w:pPr>
          </w:p>
          <w:p w14:paraId="49A56656" w14:textId="77777777" w:rsidR="009D0301" w:rsidRPr="00010C26" w:rsidRDefault="009D0301">
            <w:pPr>
              <w:spacing w:after="40" w:line="252" w:lineRule="auto"/>
              <w:rPr>
                <w:lang w:val="nl-BE"/>
              </w:rPr>
            </w:pPr>
          </w:p>
        </w:tc>
      </w:tr>
      <w:tr w:rsidR="009D0301" w:rsidRPr="00EE5624" w14:paraId="171103E1" w14:textId="77777777" w:rsidTr="00EE5624">
        <w:trPr>
          <w:jc w:val="center"/>
        </w:trPr>
        <w:tc>
          <w:tcPr>
            <w:tcW w:w="225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24232587" w14:textId="77777777" w:rsidR="004C765D" w:rsidRPr="00010C26" w:rsidRDefault="004C765D">
            <w:pPr>
              <w:spacing w:after="40" w:line="252" w:lineRule="auto"/>
              <w:rPr>
                <w:kern w:val="2"/>
                <w:szCs w:val="20"/>
                <w:lang w:val="nl-BE" w:eastAsia="fr-BE"/>
                <w14:ligatures w14:val="standardContextual"/>
              </w:rPr>
            </w:pPr>
            <w:r w:rsidRPr="00010C26">
              <w:rPr>
                <w:b/>
                <w:bCs/>
                <w:sz w:val="18"/>
                <w:szCs w:val="18"/>
                <w:lang w:val="nl-BE"/>
              </w:rPr>
              <w:t>Verwacht effect op de leefomgeving van de bewoners en gebruikers</w:t>
            </w:r>
          </w:p>
          <w:p w14:paraId="7E2820BA" w14:textId="7FE42053" w:rsidR="009D0301" w:rsidRPr="00010C26" w:rsidRDefault="004C765D" w:rsidP="004C765D">
            <w:pPr>
              <w:spacing w:before="40" w:after="40" w:line="252" w:lineRule="auto"/>
              <w:rPr>
                <w:kern w:val="2"/>
                <w:szCs w:val="20"/>
                <w:lang w:val="nl-BE" w:eastAsia="fr-BE"/>
                <w14:ligatures w14:val="standardContextual"/>
              </w:rPr>
            </w:pPr>
            <w:r w:rsidRPr="00EE5624">
              <w:rPr>
                <w:b/>
                <w:bCs/>
                <w:color w:val="C92274"/>
                <w:sz w:val="18"/>
                <w:szCs w:val="18"/>
                <w:lang w:val="nl-BE"/>
              </w:rPr>
              <w:t>Score: /20</w:t>
            </w:r>
          </w:p>
        </w:tc>
        <w:tc>
          <w:tcPr>
            <w:tcW w:w="2703"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0F758EE9" w14:textId="77777777" w:rsidR="004C765D" w:rsidRPr="00010C26" w:rsidRDefault="004C765D">
            <w:pPr>
              <w:spacing w:after="40" w:line="252" w:lineRule="auto"/>
              <w:ind w:left="140"/>
              <w:rPr>
                <w:kern w:val="2"/>
                <w:szCs w:val="20"/>
                <w:lang w:val="nl-BE" w:eastAsia="fr-BE"/>
                <w14:ligatures w14:val="standardContextual"/>
              </w:rPr>
            </w:pPr>
            <w:r w:rsidRPr="00010C26">
              <w:rPr>
                <w:sz w:val="17"/>
                <w:szCs w:val="17"/>
                <w:lang w:val="nl-BE"/>
              </w:rPr>
              <w:t>• Verbetering van de gezelligheid, het comfort, de aantrekkelijkheid of de veiligheid.</w:t>
            </w:r>
          </w:p>
          <w:p w14:paraId="15A0B34D" w14:textId="5B1BCF2D" w:rsidR="009D0301" w:rsidRPr="00010C26" w:rsidRDefault="004C765D" w:rsidP="004C765D">
            <w:pPr>
              <w:spacing w:after="40" w:line="252" w:lineRule="auto"/>
              <w:ind w:left="140"/>
              <w:rPr>
                <w:kern w:val="2"/>
                <w:szCs w:val="20"/>
                <w:lang w:val="nl-BE" w:eastAsia="fr-BE"/>
                <w14:ligatures w14:val="standardContextual"/>
              </w:rPr>
            </w:pPr>
            <w:r w:rsidRPr="00010C26">
              <w:rPr>
                <w:sz w:val="17"/>
                <w:szCs w:val="17"/>
                <w:lang w:val="nl-BE"/>
              </w:rPr>
              <w:t>• Voordeel voor een aanzienlijk aantal gebruikers.</w:t>
            </w:r>
          </w:p>
        </w:tc>
        <w:tc>
          <w:tcPr>
            <w:tcW w:w="546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3CC8F9E8" w14:textId="77777777" w:rsidR="00010C26" w:rsidRPr="00010C26" w:rsidRDefault="00010C26">
            <w:pPr>
              <w:spacing w:after="40" w:line="252" w:lineRule="auto"/>
              <w:rPr>
                <w:kern w:val="2"/>
                <w:szCs w:val="20"/>
                <w:lang w:val="nl-BE" w:eastAsia="fr-BE"/>
                <w14:ligatures w14:val="standardContextual"/>
              </w:rPr>
            </w:pPr>
            <w:r w:rsidRPr="00010C26">
              <w:rPr>
                <w:i/>
                <w:iCs/>
                <w:color w:val="646464"/>
                <w:sz w:val="18"/>
                <w:szCs w:val="18"/>
                <w:lang w:val="nl-BE"/>
              </w:rPr>
              <w:t>In te vullen door de aanvrager</w:t>
            </w:r>
          </w:p>
          <w:p w14:paraId="3BF9B729" w14:textId="77777777" w:rsidR="009D0301" w:rsidRPr="00010C26" w:rsidRDefault="009D0301">
            <w:pPr>
              <w:spacing w:after="40" w:line="252" w:lineRule="auto"/>
              <w:rPr>
                <w:lang w:val="nl-BE"/>
              </w:rPr>
            </w:pPr>
          </w:p>
          <w:p w14:paraId="75F47469" w14:textId="77777777" w:rsidR="009D0301" w:rsidRPr="00010C26" w:rsidRDefault="009D0301">
            <w:pPr>
              <w:spacing w:after="40" w:line="252" w:lineRule="auto"/>
              <w:rPr>
                <w:lang w:val="nl-BE"/>
              </w:rPr>
            </w:pPr>
          </w:p>
          <w:p w14:paraId="3E22DC27" w14:textId="77777777" w:rsidR="009D0301" w:rsidRPr="00010C26" w:rsidRDefault="009D0301">
            <w:pPr>
              <w:spacing w:after="40" w:line="252" w:lineRule="auto"/>
              <w:rPr>
                <w:lang w:val="nl-BE"/>
              </w:rPr>
            </w:pPr>
          </w:p>
          <w:p w14:paraId="5A648F52" w14:textId="77777777" w:rsidR="009D0301" w:rsidRPr="00010C26" w:rsidRDefault="009D0301">
            <w:pPr>
              <w:spacing w:after="40" w:line="252" w:lineRule="auto"/>
              <w:rPr>
                <w:lang w:val="nl-BE"/>
              </w:rPr>
            </w:pPr>
          </w:p>
          <w:p w14:paraId="5EDB1DBF" w14:textId="77777777" w:rsidR="009D0301" w:rsidRPr="00010C26" w:rsidRDefault="009D0301">
            <w:pPr>
              <w:spacing w:after="40" w:line="252" w:lineRule="auto"/>
              <w:rPr>
                <w:lang w:val="nl-BE"/>
              </w:rPr>
            </w:pPr>
          </w:p>
        </w:tc>
      </w:tr>
      <w:tr w:rsidR="009D0301" w:rsidRPr="00EE5624" w14:paraId="410EB363" w14:textId="77777777" w:rsidTr="00EE5624">
        <w:trPr>
          <w:jc w:val="center"/>
        </w:trPr>
        <w:tc>
          <w:tcPr>
            <w:tcW w:w="225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0418A3A0" w14:textId="77777777" w:rsidR="004C765D" w:rsidRPr="00010C26" w:rsidRDefault="004C765D">
            <w:pPr>
              <w:spacing w:after="40" w:line="252" w:lineRule="auto"/>
              <w:rPr>
                <w:kern w:val="2"/>
                <w:szCs w:val="20"/>
                <w:lang w:val="nl-BE" w:eastAsia="fr-BE"/>
                <w14:ligatures w14:val="standardContextual"/>
              </w:rPr>
            </w:pPr>
            <w:r w:rsidRPr="00010C26">
              <w:rPr>
                <w:b/>
                <w:bCs/>
                <w:sz w:val="18"/>
                <w:szCs w:val="18"/>
                <w:lang w:val="nl-BE"/>
              </w:rPr>
              <w:t>Inclusie</w:t>
            </w:r>
          </w:p>
          <w:p w14:paraId="46273802" w14:textId="3CC4695C" w:rsidR="009D0301" w:rsidRPr="00010C26" w:rsidRDefault="004C765D" w:rsidP="004C765D">
            <w:pPr>
              <w:spacing w:before="40" w:after="40" w:line="252" w:lineRule="auto"/>
              <w:rPr>
                <w:kern w:val="2"/>
                <w:szCs w:val="20"/>
                <w:lang w:val="nl-BE" w:eastAsia="fr-BE"/>
                <w14:ligatures w14:val="standardContextual"/>
              </w:rPr>
            </w:pPr>
            <w:r w:rsidRPr="00EE5624">
              <w:rPr>
                <w:b/>
                <w:bCs/>
                <w:color w:val="C92274"/>
                <w:sz w:val="18"/>
                <w:szCs w:val="18"/>
                <w:lang w:val="nl-BE"/>
              </w:rPr>
              <w:t>Score: /20</w:t>
            </w:r>
          </w:p>
        </w:tc>
        <w:tc>
          <w:tcPr>
            <w:tcW w:w="2703"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6349F9C5" w14:textId="77777777" w:rsidR="004C765D" w:rsidRPr="00010C26" w:rsidRDefault="004C765D">
            <w:pPr>
              <w:spacing w:after="40" w:line="252" w:lineRule="auto"/>
              <w:ind w:left="140"/>
              <w:rPr>
                <w:kern w:val="2"/>
                <w:szCs w:val="20"/>
                <w:lang w:val="nl-BE" w:eastAsia="fr-BE"/>
                <w14:ligatures w14:val="standardContextual"/>
              </w:rPr>
            </w:pPr>
            <w:r w:rsidRPr="00010C26">
              <w:rPr>
                <w:sz w:val="17"/>
                <w:szCs w:val="17"/>
                <w:lang w:val="nl-BE"/>
              </w:rPr>
              <w:t>• Rekening houden met het uiteenlopende gebruik van de ruimte door een divers publiek.</w:t>
            </w:r>
          </w:p>
          <w:p w14:paraId="71C03F18" w14:textId="77777777" w:rsidR="004C765D" w:rsidRPr="00010C26" w:rsidRDefault="004C765D">
            <w:pPr>
              <w:spacing w:after="40" w:line="252" w:lineRule="auto"/>
              <w:ind w:left="140"/>
              <w:rPr>
                <w:kern w:val="2"/>
                <w:szCs w:val="20"/>
                <w:lang w:val="nl-BE" w:eastAsia="fr-BE"/>
                <w14:ligatures w14:val="standardContextual"/>
              </w:rPr>
            </w:pPr>
            <w:r w:rsidRPr="00010C26">
              <w:rPr>
                <w:sz w:val="17"/>
                <w:szCs w:val="17"/>
                <w:lang w:val="nl-BE"/>
              </w:rPr>
              <w:t>• Veiligheidsgevoel, verlichting, zichtbaarheid en gedeeld toezicht.</w:t>
            </w:r>
          </w:p>
          <w:p w14:paraId="2F65D4F1" w14:textId="26EBAEB6" w:rsidR="009D0301" w:rsidRPr="00010C26" w:rsidRDefault="004C765D" w:rsidP="004C765D">
            <w:pPr>
              <w:spacing w:after="40" w:line="252" w:lineRule="auto"/>
              <w:ind w:left="140"/>
              <w:rPr>
                <w:kern w:val="2"/>
                <w:szCs w:val="20"/>
                <w:lang w:val="nl-BE" w:eastAsia="fr-BE"/>
                <w14:ligatures w14:val="standardContextual"/>
              </w:rPr>
            </w:pPr>
            <w:r w:rsidRPr="00010C26">
              <w:rPr>
                <w:sz w:val="17"/>
                <w:szCs w:val="17"/>
                <w:lang w:val="nl-BE"/>
              </w:rPr>
              <w:t xml:space="preserve">• Universele toegankelijkheid, nuttige voorzieningen, speelstad, </w:t>
            </w:r>
            <w:r w:rsidRPr="00010C26">
              <w:rPr>
                <w:sz w:val="17"/>
                <w:szCs w:val="17"/>
                <w:lang w:val="nl-BE"/>
              </w:rPr>
              <w:lastRenderedPageBreak/>
              <w:t>ouderschap, rust-, verzorgings- en ontmoetingsruimtes.</w:t>
            </w:r>
          </w:p>
        </w:tc>
        <w:tc>
          <w:tcPr>
            <w:tcW w:w="546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383AF18D" w14:textId="77777777" w:rsidR="00010C26" w:rsidRPr="00010C26" w:rsidRDefault="00010C26">
            <w:pPr>
              <w:spacing w:after="40" w:line="252" w:lineRule="auto"/>
              <w:rPr>
                <w:kern w:val="2"/>
                <w:szCs w:val="20"/>
                <w:lang w:val="nl-BE" w:eastAsia="fr-BE"/>
                <w14:ligatures w14:val="standardContextual"/>
              </w:rPr>
            </w:pPr>
            <w:r w:rsidRPr="00010C26">
              <w:rPr>
                <w:i/>
                <w:iCs/>
                <w:color w:val="646464"/>
                <w:sz w:val="18"/>
                <w:szCs w:val="18"/>
                <w:lang w:val="nl-BE"/>
              </w:rPr>
              <w:lastRenderedPageBreak/>
              <w:t>In te vullen door de aanvrager</w:t>
            </w:r>
          </w:p>
          <w:p w14:paraId="4CE24CB9" w14:textId="77777777" w:rsidR="009D0301" w:rsidRPr="00010C26" w:rsidRDefault="009D0301">
            <w:pPr>
              <w:spacing w:after="40" w:line="252" w:lineRule="auto"/>
              <w:rPr>
                <w:lang w:val="nl-BE"/>
              </w:rPr>
            </w:pPr>
          </w:p>
          <w:p w14:paraId="20A620D0" w14:textId="77777777" w:rsidR="009D0301" w:rsidRPr="00010C26" w:rsidRDefault="009D0301">
            <w:pPr>
              <w:spacing w:after="40" w:line="252" w:lineRule="auto"/>
              <w:rPr>
                <w:lang w:val="nl-BE"/>
              </w:rPr>
            </w:pPr>
          </w:p>
          <w:p w14:paraId="2045899B" w14:textId="77777777" w:rsidR="009D0301" w:rsidRPr="00010C26" w:rsidRDefault="009D0301">
            <w:pPr>
              <w:spacing w:after="40" w:line="252" w:lineRule="auto"/>
              <w:rPr>
                <w:lang w:val="nl-BE"/>
              </w:rPr>
            </w:pPr>
          </w:p>
          <w:p w14:paraId="26BCC212" w14:textId="77777777" w:rsidR="009D0301" w:rsidRPr="00010C26" w:rsidRDefault="009D0301">
            <w:pPr>
              <w:spacing w:after="40" w:line="252" w:lineRule="auto"/>
              <w:rPr>
                <w:lang w:val="nl-BE"/>
              </w:rPr>
            </w:pPr>
          </w:p>
          <w:p w14:paraId="326E004F" w14:textId="77777777" w:rsidR="009D0301" w:rsidRPr="00010C26" w:rsidRDefault="009D0301">
            <w:pPr>
              <w:spacing w:after="40" w:line="252" w:lineRule="auto"/>
              <w:rPr>
                <w:lang w:val="nl-BE"/>
              </w:rPr>
            </w:pPr>
          </w:p>
        </w:tc>
      </w:tr>
      <w:tr w:rsidR="009D0301" w:rsidRPr="00EE5624" w14:paraId="332CBD5B" w14:textId="77777777" w:rsidTr="00EE5624">
        <w:trPr>
          <w:jc w:val="center"/>
        </w:trPr>
        <w:tc>
          <w:tcPr>
            <w:tcW w:w="225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08DEF879" w14:textId="77777777" w:rsidR="004C765D" w:rsidRPr="00010C26" w:rsidRDefault="004C765D">
            <w:pPr>
              <w:spacing w:after="40" w:line="252" w:lineRule="auto"/>
              <w:rPr>
                <w:kern w:val="2"/>
                <w:szCs w:val="20"/>
                <w:lang w:val="nl-BE" w:eastAsia="fr-BE"/>
                <w14:ligatures w14:val="standardContextual"/>
              </w:rPr>
            </w:pPr>
            <w:r w:rsidRPr="00010C26">
              <w:rPr>
                <w:b/>
                <w:bCs/>
                <w:sz w:val="18"/>
                <w:szCs w:val="18"/>
                <w:lang w:val="nl-BE"/>
              </w:rPr>
              <w:t>Haalbaarheid en begroting</w:t>
            </w:r>
          </w:p>
          <w:p w14:paraId="0A1CC313" w14:textId="37216293" w:rsidR="009D0301" w:rsidRPr="00010C26" w:rsidRDefault="004C765D" w:rsidP="004C765D">
            <w:pPr>
              <w:spacing w:before="40" w:after="40" w:line="252" w:lineRule="auto"/>
              <w:rPr>
                <w:kern w:val="2"/>
                <w:szCs w:val="20"/>
                <w:lang w:val="nl-BE" w:eastAsia="fr-BE"/>
                <w14:ligatures w14:val="standardContextual"/>
              </w:rPr>
            </w:pPr>
            <w:r w:rsidRPr="00EE5624">
              <w:rPr>
                <w:b/>
                <w:bCs/>
                <w:color w:val="C92274"/>
                <w:sz w:val="18"/>
                <w:szCs w:val="18"/>
                <w:lang w:val="nl-BE"/>
              </w:rPr>
              <w:t>Score: /20</w:t>
            </w:r>
          </w:p>
        </w:tc>
        <w:tc>
          <w:tcPr>
            <w:tcW w:w="2703"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559D2B6D" w14:textId="77777777" w:rsidR="004C765D" w:rsidRPr="00010C26" w:rsidRDefault="004C765D">
            <w:pPr>
              <w:spacing w:after="40" w:line="252" w:lineRule="auto"/>
              <w:ind w:left="140"/>
              <w:rPr>
                <w:kern w:val="2"/>
                <w:szCs w:val="20"/>
                <w:lang w:val="nl-BE" w:eastAsia="fr-BE"/>
                <w14:ligatures w14:val="standardContextual"/>
              </w:rPr>
            </w:pPr>
            <w:r w:rsidRPr="00010C26">
              <w:rPr>
                <w:sz w:val="17"/>
                <w:szCs w:val="17"/>
                <w:lang w:val="nl-BE"/>
              </w:rPr>
              <w:t>• Voldoende gedetailleerde, realistische en evenredige begroting.</w:t>
            </w:r>
          </w:p>
          <w:p w14:paraId="687CCD41" w14:textId="5805FFD0" w:rsidR="009D0301" w:rsidRPr="00010C26" w:rsidRDefault="004C765D" w:rsidP="004C765D">
            <w:pPr>
              <w:spacing w:after="40" w:line="252" w:lineRule="auto"/>
              <w:ind w:left="140"/>
              <w:rPr>
                <w:kern w:val="2"/>
                <w:szCs w:val="20"/>
                <w:lang w:val="nl-BE" w:eastAsia="fr-BE"/>
                <w14:ligatures w14:val="standardContextual"/>
              </w:rPr>
            </w:pPr>
            <w:r w:rsidRPr="00010C26">
              <w:rPr>
                <w:sz w:val="17"/>
                <w:szCs w:val="17"/>
                <w:lang w:val="nl-BE"/>
              </w:rPr>
              <w:t>• Goede verhouding tussen de gedane investering en de verwachte voordelen voor de wijk.</w:t>
            </w:r>
          </w:p>
        </w:tc>
        <w:tc>
          <w:tcPr>
            <w:tcW w:w="546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6B5023BC" w14:textId="77777777" w:rsidR="00010C26" w:rsidRPr="00010C26" w:rsidRDefault="00010C26">
            <w:pPr>
              <w:spacing w:after="40" w:line="252" w:lineRule="auto"/>
              <w:rPr>
                <w:kern w:val="2"/>
                <w:szCs w:val="20"/>
                <w:lang w:val="nl-BE" w:eastAsia="fr-BE"/>
                <w14:ligatures w14:val="standardContextual"/>
              </w:rPr>
            </w:pPr>
            <w:r w:rsidRPr="00010C26">
              <w:rPr>
                <w:i/>
                <w:iCs/>
                <w:color w:val="646464"/>
                <w:sz w:val="18"/>
                <w:szCs w:val="18"/>
                <w:lang w:val="nl-BE"/>
              </w:rPr>
              <w:t>In te vullen door de aanvrager</w:t>
            </w:r>
          </w:p>
          <w:p w14:paraId="6DC53BCB" w14:textId="77777777" w:rsidR="009D0301" w:rsidRPr="00010C26" w:rsidRDefault="009D0301">
            <w:pPr>
              <w:spacing w:after="40" w:line="252" w:lineRule="auto"/>
              <w:rPr>
                <w:lang w:val="nl-BE"/>
              </w:rPr>
            </w:pPr>
          </w:p>
          <w:p w14:paraId="4293C12C" w14:textId="77777777" w:rsidR="009D0301" w:rsidRPr="00010C26" w:rsidRDefault="009D0301">
            <w:pPr>
              <w:spacing w:after="40" w:line="252" w:lineRule="auto"/>
              <w:rPr>
                <w:lang w:val="nl-BE"/>
              </w:rPr>
            </w:pPr>
          </w:p>
          <w:p w14:paraId="39669A83" w14:textId="77777777" w:rsidR="009D0301" w:rsidRPr="00010C26" w:rsidRDefault="009D0301">
            <w:pPr>
              <w:spacing w:after="40" w:line="252" w:lineRule="auto"/>
              <w:rPr>
                <w:lang w:val="nl-BE"/>
              </w:rPr>
            </w:pPr>
          </w:p>
          <w:p w14:paraId="30427227" w14:textId="77777777" w:rsidR="009D0301" w:rsidRPr="00010C26" w:rsidRDefault="009D0301">
            <w:pPr>
              <w:spacing w:after="40" w:line="252" w:lineRule="auto"/>
              <w:rPr>
                <w:lang w:val="nl-BE"/>
              </w:rPr>
            </w:pPr>
          </w:p>
          <w:p w14:paraId="0021FE7D" w14:textId="77777777" w:rsidR="009D0301" w:rsidRPr="00010C26" w:rsidRDefault="009D0301">
            <w:pPr>
              <w:spacing w:after="40" w:line="252" w:lineRule="auto"/>
              <w:rPr>
                <w:lang w:val="nl-BE"/>
              </w:rPr>
            </w:pPr>
          </w:p>
        </w:tc>
      </w:tr>
      <w:tr w:rsidR="009D0301" w:rsidRPr="00EE5624" w14:paraId="08CB97D3" w14:textId="77777777" w:rsidTr="00EE5624">
        <w:trPr>
          <w:jc w:val="center"/>
        </w:trPr>
        <w:tc>
          <w:tcPr>
            <w:tcW w:w="225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1C075464" w14:textId="77777777" w:rsidR="004C765D" w:rsidRPr="00010C26" w:rsidRDefault="004C765D">
            <w:pPr>
              <w:spacing w:after="40" w:line="252" w:lineRule="auto"/>
              <w:rPr>
                <w:kern w:val="2"/>
                <w:szCs w:val="20"/>
                <w:lang w:val="nl-BE" w:eastAsia="fr-BE"/>
                <w14:ligatures w14:val="standardContextual"/>
              </w:rPr>
            </w:pPr>
            <w:r w:rsidRPr="00010C26">
              <w:rPr>
                <w:b/>
                <w:bCs/>
                <w:sz w:val="18"/>
                <w:szCs w:val="18"/>
                <w:lang w:val="nl-BE"/>
              </w:rPr>
              <w:t>Bonuscriterium: wijk die als achtergesteld wordt beschouwd</w:t>
            </w:r>
          </w:p>
          <w:p w14:paraId="16EBF623" w14:textId="135C97D7" w:rsidR="009D0301" w:rsidRPr="00010C26" w:rsidRDefault="00010C26" w:rsidP="00010C26">
            <w:pPr>
              <w:spacing w:before="40" w:after="40" w:line="252" w:lineRule="auto"/>
              <w:rPr>
                <w:kern w:val="2"/>
                <w:szCs w:val="20"/>
                <w:lang w:val="nl-BE" w:eastAsia="fr-BE"/>
                <w14:ligatures w14:val="standardContextual"/>
              </w:rPr>
            </w:pPr>
            <w:r w:rsidRPr="00EE5624">
              <w:rPr>
                <w:b/>
                <w:bCs/>
                <w:color w:val="C92274"/>
                <w:sz w:val="18"/>
                <w:szCs w:val="18"/>
                <w:lang w:val="nl-BE"/>
              </w:rPr>
              <w:t>Bonus: +30 punten</w:t>
            </w:r>
          </w:p>
        </w:tc>
        <w:tc>
          <w:tcPr>
            <w:tcW w:w="2703"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754E6A1D" w14:textId="55649606" w:rsidR="009D0301" w:rsidRPr="00010C26" w:rsidRDefault="004C765D" w:rsidP="004C765D">
            <w:pPr>
              <w:spacing w:after="40" w:line="252" w:lineRule="auto"/>
              <w:ind w:left="140"/>
              <w:rPr>
                <w:kern w:val="2"/>
                <w:szCs w:val="20"/>
                <w:lang w:val="nl-BE" w:eastAsia="fr-BE"/>
                <w14:ligatures w14:val="standardContextual"/>
              </w:rPr>
            </w:pPr>
            <w:r w:rsidRPr="00010C26">
              <w:rPr>
                <w:sz w:val="17"/>
                <w:szCs w:val="17"/>
                <w:lang w:val="nl-BE"/>
              </w:rPr>
              <w:t>• Project gelegen in een wijk die als achtergesteld wordt beschouwd en die in de bijlage bij de projectoproep is opgenomen.</w:t>
            </w:r>
          </w:p>
        </w:tc>
        <w:tc>
          <w:tcPr>
            <w:tcW w:w="5461"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45EA8942" w14:textId="77777777" w:rsidR="00010C26" w:rsidRPr="00010C26" w:rsidRDefault="00010C26">
            <w:pPr>
              <w:spacing w:after="40" w:line="252" w:lineRule="auto"/>
              <w:rPr>
                <w:kern w:val="2"/>
                <w:szCs w:val="20"/>
                <w:lang w:val="nl-BE" w:eastAsia="fr-BE"/>
                <w14:ligatures w14:val="standardContextual"/>
              </w:rPr>
            </w:pPr>
            <w:r w:rsidRPr="00010C26">
              <w:rPr>
                <w:i/>
                <w:iCs/>
                <w:color w:val="646464"/>
                <w:sz w:val="18"/>
                <w:szCs w:val="18"/>
                <w:lang w:val="nl-BE"/>
              </w:rPr>
              <w:t>In te vullen door de aanvrager</w:t>
            </w:r>
          </w:p>
          <w:p w14:paraId="163FCE85" w14:textId="77777777" w:rsidR="009D0301" w:rsidRPr="00010C26" w:rsidRDefault="009D0301">
            <w:pPr>
              <w:spacing w:after="40" w:line="252" w:lineRule="auto"/>
              <w:rPr>
                <w:lang w:val="nl-BE"/>
              </w:rPr>
            </w:pPr>
          </w:p>
          <w:p w14:paraId="28E27AB7" w14:textId="77777777" w:rsidR="009D0301" w:rsidRPr="00010C26" w:rsidRDefault="009D0301">
            <w:pPr>
              <w:spacing w:after="40" w:line="252" w:lineRule="auto"/>
              <w:rPr>
                <w:lang w:val="nl-BE"/>
              </w:rPr>
            </w:pPr>
          </w:p>
          <w:p w14:paraId="138A9361" w14:textId="77777777" w:rsidR="009D0301" w:rsidRPr="00010C26" w:rsidRDefault="009D0301">
            <w:pPr>
              <w:spacing w:after="40" w:line="252" w:lineRule="auto"/>
              <w:rPr>
                <w:lang w:val="nl-BE"/>
              </w:rPr>
            </w:pPr>
          </w:p>
          <w:p w14:paraId="46449BFF" w14:textId="77777777" w:rsidR="009D0301" w:rsidRPr="00010C26" w:rsidRDefault="009D0301">
            <w:pPr>
              <w:spacing w:after="40" w:line="252" w:lineRule="auto"/>
              <w:rPr>
                <w:lang w:val="nl-BE"/>
              </w:rPr>
            </w:pPr>
          </w:p>
          <w:p w14:paraId="51216279" w14:textId="77777777" w:rsidR="009D0301" w:rsidRPr="00010C26" w:rsidRDefault="009D0301">
            <w:pPr>
              <w:spacing w:after="40" w:line="252" w:lineRule="auto"/>
              <w:rPr>
                <w:lang w:val="nl-BE"/>
              </w:rPr>
            </w:pPr>
          </w:p>
        </w:tc>
      </w:tr>
    </w:tbl>
    <w:p w14:paraId="058C214B" w14:textId="77777777" w:rsidR="009D0301" w:rsidRPr="00010C26" w:rsidRDefault="009D0301">
      <w:pPr>
        <w:spacing w:after="40"/>
        <w:rPr>
          <w:lang w:val="nl-BE"/>
        </w:rPr>
      </w:pPr>
    </w:p>
    <w:tbl>
      <w:tblPr>
        <w:tblW w:w="0" w:type="auto"/>
        <w:jc w:val="center"/>
        <w:tblLook w:val="04A0" w:firstRow="1" w:lastRow="0" w:firstColumn="1" w:lastColumn="0" w:noHBand="0" w:noVBand="1"/>
      </w:tblPr>
      <w:tblGrid>
        <w:gridCol w:w="10292"/>
      </w:tblGrid>
      <w:tr w:rsidR="009D0301" w:rsidRPr="00EE5624" w14:paraId="2A456549" w14:textId="77777777">
        <w:trPr>
          <w:jc w:val="center"/>
        </w:trPr>
        <w:tc>
          <w:tcPr>
            <w:tcW w:w="10312" w:type="dxa"/>
            <w:tcBorders>
              <w:top w:val="single" w:sz="8" w:space="0" w:color="F6B3D9"/>
              <w:left w:val="single" w:sz="8" w:space="0" w:color="F6B3D9"/>
              <w:bottom w:val="single" w:sz="8" w:space="0" w:color="F6B3D9"/>
              <w:right w:val="single" w:sz="8" w:space="0" w:color="F6B3D9"/>
            </w:tcBorders>
            <w:shd w:val="clear" w:color="auto" w:fill="FCE6F3"/>
            <w:tcMar>
              <w:top w:w="180" w:type="dxa"/>
              <w:left w:w="180" w:type="dxa"/>
              <w:bottom w:w="180" w:type="dxa"/>
              <w:right w:w="180" w:type="dxa"/>
            </w:tcMar>
          </w:tcPr>
          <w:p w14:paraId="478BC47C" w14:textId="77777777" w:rsidR="004C765D" w:rsidRPr="003E3071" w:rsidRDefault="004C765D">
            <w:pPr>
              <w:spacing w:after="40" w:line="252" w:lineRule="auto"/>
              <w:rPr>
                <w:color w:val="C92274"/>
                <w:kern w:val="2"/>
                <w:szCs w:val="20"/>
                <w:lang w:val="nl-BE" w:eastAsia="fr-BE"/>
                <w14:ligatures w14:val="standardContextual"/>
              </w:rPr>
            </w:pPr>
            <w:r w:rsidRPr="003E3071">
              <w:rPr>
                <w:b/>
                <w:bCs/>
                <w:color w:val="C92274"/>
                <w:lang w:val="nl-BE"/>
              </w:rPr>
              <w:t>Nuttige referenties voor het criterium “Inclusie”</w:t>
            </w:r>
          </w:p>
          <w:p w14:paraId="6F5EFE0F" w14:textId="3A4ABA24" w:rsidR="009D0301" w:rsidRPr="00010C26" w:rsidRDefault="004C765D" w:rsidP="004C765D">
            <w:pPr>
              <w:spacing w:after="40" w:line="252" w:lineRule="auto"/>
              <w:rPr>
                <w:kern w:val="2"/>
                <w:szCs w:val="20"/>
                <w:lang w:val="nl-BE" w:eastAsia="fr-BE"/>
                <w14:ligatures w14:val="standardContextual"/>
              </w:rPr>
            </w:pPr>
            <w:r w:rsidRPr="00010C26">
              <w:rPr>
                <w:sz w:val="19"/>
                <w:szCs w:val="19"/>
                <w:lang w:val="nl-BE"/>
              </w:rPr>
              <w:t>Het dossier kan steunen op de referenties die in de projectoproep worden vermeld: het Draaiboek Publieke Ruimte in het Brussels Hoofdstedelijk Gewest, de diagnose gender mainstreaming van perspective.brussels, de gids van de FOD Binnenlandse Zaken en de gidsen “gender en openbare ruimte” van de Stad Parijs.</w:t>
            </w:r>
          </w:p>
        </w:tc>
      </w:tr>
    </w:tbl>
    <w:p w14:paraId="689DDDFE" w14:textId="77777777" w:rsidR="004C765D" w:rsidRPr="007875D3" w:rsidRDefault="004C765D">
      <w:pPr>
        <w:spacing w:before="240" w:after="100"/>
        <w:rPr>
          <w:color w:val="C92274"/>
          <w:kern w:val="2"/>
          <w:szCs w:val="20"/>
          <w:lang w:val="nl-BE" w:eastAsia="fr-BE"/>
          <w14:ligatures w14:val="standardContextual"/>
        </w:rPr>
      </w:pPr>
      <w:r w:rsidRPr="007875D3">
        <w:rPr>
          <w:b/>
          <w:bCs/>
          <w:color w:val="C92274"/>
          <w:sz w:val="28"/>
          <w:szCs w:val="28"/>
          <w:lang w:val="nl-BE"/>
        </w:rPr>
        <w:t>5. Verklaring en handtekeningen</w:t>
      </w:r>
    </w:p>
    <w:tbl>
      <w:tblPr>
        <w:tblW w:w="0" w:type="auto"/>
        <w:jc w:val="center"/>
        <w:tblLayout w:type="fixed"/>
        <w:tblLook w:val="04A0" w:firstRow="1" w:lastRow="0" w:firstColumn="1" w:lastColumn="0" w:noHBand="0" w:noVBand="1"/>
      </w:tblPr>
      <w:tblGrid>
        <w:gridCol w:w="3474"/>
        <w:gridCol w:w="7057"/>
      </w:tblGrid>
      <w:tr w:rsidR="009D0301" w:rsidRPr="00EE5624" w14:paraId="54176228" w14:textId="77777777" w:rsidTr="007875D3">
        <w:trPr>
          <w:trHeight w:val="261"/>
          <w:jc w:val="center"/>
        </w:trPr>
        <w:tc>
          <w:tcPr>
            <w:tcW w:w="10531" w:type="dxa"/>
            <w:gridSpan w:val="2"/>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3DDFF719" w14:textId="5D3DE20C" w:rsidR="009D0301" w:rsidRPr="00010C26" w:rsidRDefault="00010C26" w:rsidP="00010C26">
            <w:pPr>
              <w:spacing w:after="40" w:line="252" w:lineRule="auto"/>
              <w:rPr>
                <w:kern w:val="2"/>
                <w:szCs w:val="20"/>
                <w:lang w:val="nl-BE" w:eastAsia="fr-BE"/>
                <w14:ligatures w14:val="standardContextual"/>
              </w:rPr>
            </w:pPr>
            <w:r w:rsidRPr="00010C26">
              <w:rPr>
                <w:b/>
                <w:bCs/>
                <w:color w:val="FFFFFF"/>
                <w:lang w:val="nl-BE"/>
              </w:rPr>
              <w:t>Bekrachtiging van de aanvraag</w:t>
            </w:r>
          </w:p>
        </w:tc>
      </w:tr>
      <w:tr w:rsidR="009D0301" w:rsidRPr="00EE5624" w14:paraId="0AE39EB7" w14:textId="77777777" w:rsidTr="00A36599">
        <w:trPr>
          <w:trHeight w:val="752"/>
          <w:jc w:val="center"/>
        </w:trPr>
        <w:tc>
          <w:tcPr>
            <w:tcW w:w="3474" w:type="dxa"/>
            <w:tcBorders>
              <w:top w:val="single" w:sz="6" w:space="0" w:color="D9D9D9"/>
              <w:left w:val="single" w:sz="6" w:space="0" w:color="D9D9D9"/>
              <w:bottom w:val="single" w:sz="6" w:space="0" w:color="D9D9D9"/>
              <w:right w:val="single" w:sz="6" w:space="0" w:color="D9D9D9"/>
            </w:tcBorders>
            <w:shd w:val="clear" w:color="auto" w:fill="FCE6F3"/>
            <w:tcMar>
              <w:top w:w="130" w:type="dxa"/>
              <w:left w:w="130" w:type="dxa"/>
              <w:bottom w:w="130" w:type="dxa"/>
              <w:right w:w="130" w:type="dxa"/>
            </w:tcMar>
            <w:vAlign w:val="center"/>
          </w:tcPr>
          <w:p w14:paraId="201D7DD6" w14:textId="723FEC26" w:rsidR="009D0301" w:rsidRPr="00010C26" w:rsidRDefault="004C765D" w:rsidP="004C765D">
            <w:pPr>
              <w:spacing w:after="40" w:line="252" w:lineRule="auto"/>
              <w:rPr>
                <w:kern w:val="2"/>
                <w:szCs w:val="20"/>
                <w:lang w:val="nl-BE" w:eastAsia="fr-BE"/>
                <w14:ligatures w14:val="standardContextual"/>
              </w:rPr>
            </w:pPr>
            <w:r w:rsidRPr="00010C26">
              <w:rPr>
                <w:b/>
                <w:bCs/>
                <w:sz w:val="19"/>
                <w:szCs w:val="19"/>
                <w:lang w:val="nl-BE"/>
              </w:rPr>
              <w:t>Beraadslaging van het college</w:t>
            </w:r>
          </w:p>
        </w:tc>
        <w:tc>
          <w:tcPr>
            <w:tcW w:w="7057"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228D8A61" w14:textId="77777777" w:rsidR="004C765D" w:rsidRPr="00010C26" w:rsidRDefault="004C765D">
            <w:pPr>
              <w:spacing w:after="40" w:line="252" w:lineRule="auto"/>
              <w:rPr>
                <w:kern w:val="2"/>
                <w:szCs w:val="20"/>
                <w:lang w:val="nl-BE" w:eastAsia="fr-BE"/>
                <w14:ligatures w14:val="standardContextual"/>
              </w:rPr>
            </w:pPr>
            <w:r w:rsidRPr="00010C26">
              <w:rPr>
                <w:i/>
                <w:iCs/>
                <w:color w:val="646464"/>
                <w:sz w:val="18"/>
                <w:szCs w:val="18"/>
                <w:lang w:val="nl-BE"/>
              </w:rPr>
              <w:t>Datum van de beraadslaging en referentie</w:t>
            </w:r>
          </w:p>
          <w:p w14:paraId="6259C5BC" w14:textId="77777777" w:rsidR="009D0301" w:rsidRPr="00010C26" w:rsidRDefault="009D0301">
            <w:pPr>
              <w:spacing w:after="40" w:line="252" w:lineRule="auto"/>
              <w:rPr>
                <w:lang w:val="nl-BE"/>
              </w:rPr>
            </w:pPr>
          </w:p>
          <w:p w14:paraId="29039E7B" w14:textId="77777777" w:rsidR="009D0301" w:rsidRPr="00010C26" w:rsidRDefault="009D0301">
            <w:pPr>
              <w:spacing w:after="40" w:line="252" w:lineRule="auto"/>
              <w:rPr>
                <w:lang w:val="nl-BE"/>
              </w:rPr>
            </w:pPr>
          </w:p>
        </w:tc>
      </w:tr>
    </w:tbl>
    <w:p w14:paraId="2B916D84" w14:textId="77777777" w:rsidR="003E3071" w:rsidRDefault="003E3071">
      <w:pPr>
        <w:spacing w:before="240" w:after="100"/>
        <w:rPr>
          <w:b/>
          <w:bCs/>
          <w:color w:val="C92274"/>
          <w:sz w:val="28"/>
          <w:szCs w:val="28"/>
          <w:lang w:val="nl-BE"/>
        </w:rPr>
      </w:pPr>
    </w:p>
    <w:p w14:paraId="2ECDA662" w14:textId="77777777" w:rsidR="003E3071" w:rsidRDefault="003E3071">
      <w:pPr>
        <w:spacing w:after="200" w:line="276" w:lineRule="auto"/>
        <w:rPr>
          <w:b/>
          <w:bCs/>
          <w:color w:val="C92274"/>
          <w:sz w:val="28"/>
          <w:szCs w:val="28"/>
          <w:lang w:val="nl-BE"/>
        </w:rPr>
      </w:pPr>
      <w:r>
        <w:rPr>
          <w:b/>
          <w:bCs/>
          <w:color w:val="C92274"/>
          <w:sz w:val="28"/>
          <w:szCs w:val="28"/>
          <w:lang w:val="nl-BE"/>
        </w:rPr>
        <w:br w:type="page"/>
      </w:r>
    </w:p>
    <w:p w14:paraId="7202A9A1" w14:textId="05231AF4" w:rsidR="003E042D" w:rsidRPr="003E3071" w:rsidRDefault="003E042D">
      <w:pPr>
        <w:spacing w:before="240" w:after="100"/>
        <w:rPr>
          <w:color w:val="C92274"/>
          <w:kern w:val="2"/>
          <w:szCs w:val="20"/>
          <w:lang w:val="nl-BE" w:eastAsia="fr-BE"/>
          <w14:ligatures w14:val="standardContextual"/>
        </w:rPr>
      </w:pPr>
      <w:r w:rsidRPr="003E3071">
        <w:rPr>
          <w:b/>
          <w:bCs/>
          <w:color w:val="C92274"/>
          <w:sz w:val="28"/>
          <w:szCs w:val="28"/>
          <w:lang w:val="nl-BE"/>
        </w:rPr>
        <w:lastRenderedPageBreak/>
        <w:t>6. Controlelijst vóór verzending</w:t>
      </w:r>
    </w:p>
    <w:tbl>
      <w:tblPr>
        <w:tblW w:w="0" w:type="auto"/>
        <w:jc w:val="center"/>
        <w:tblLook w:val="04A0" w:firstRow="1" w:lastRow="0" w:firstColumn="1" w:lastColumn="0" w:noHBand="0" w:noVBand="1"/>
      </w:tblPr>
      <w:tblGrid>
        <w:gridCol w:w="9256"/>
        <w:gridCol w:w="1040"/>
      </w:tblGrid>
      <w:tr w:rsidR="00AA6285" w:rsidRPr="00010C26" w14:paraId="130013CA" w14:textId="77777777" w:rsidTr="003E3071">
        <w:trPr>
          <w:trHeight w:val="284"/>
          <w:jc w:val="center"/>
        </w:trPr>
        <w:tc>
          <w:tcPr>
            <w:tcW w:w="0" w:type="auto"/>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3DD6B0B4" w14:textId="77150F76" w:rsidR="00AA6285" w:rsidRPr="00010C26" w:rsidRDefault="003E042D" w:rsidP="003E042D">
            <w:pPr>
              <w:spacing w:after="40" w:line="252" w:lineRule="auto"/>
              <w:rPr>
                <w:kern w:val="2"/>
                <w:szCs w:val="20"/>
                <w:lang w:val="nl-BE" w:eastAsia="fr-BE"/>
                <w14:ligatures w14:val="standardContextual"/>
              </w:rPr>
            </w:pPr>
            <w:r w:rsidRPr="00010C26">
              <w:rPr>
                <w:b/>
                <w:bCs/>
                <w:color w:val="FFFFFF"/>
                <w:sz w:val="19"/>
                <w:szCs w:val="19"/>
                <w:lang w:val="nl-BE"/>
              </w:rPr>
              <w:t>Bij te voegen / aan te vullen element</w:t>
            </w:r>
          </w:p>
        </w:tc>
        <w:tc>
          <w:tcPr>
            <w:tcW w:w="1040" w:type="dxa"/>
            <w:tcBorders>
              <w:top w:val="single" w:sz="6" w:space="0" w:color="D9D9D9"/>
              <w:left w:val="single" w:sz="6" w:space="0" w:color="D9D9D9"/>
              <w:bottom w:val="single" w:sz="6" w:space="0" w:color="D9D9D9"/>
              <w:right w:val="single" w:sz="6" w:space="0" w:color="D9D9D9"/>
            </w:tcBorders>
            <w:shd w:val="clear" w:color="auto" w:fill="C92274"/>
            <w:tcMar>
              <w:top w:w="130" w:type="dxa"/>
              <w:left w:w="130" w:type="dxa"/>
              <w:bottom w:w="130" w:type="dxa"/>
              <w:right w:w="130" w:type="dxa"/>
            </w:tcMar>
            <w:vAlign w:val="center"/>
          </w:tcPr>
          <w:p w14:paraId="3D76D617" w14:textId="3AAE8DFA" w:rsidR="00AA6285" w:rsidRPr="00010C26" w:rsidRDefault="003E042D" w:rsidP="003E042D">
            <w:pPr>
              <w:spacing w:after="40" w:line="252" w:lineRule="auto"/>
              <w:rPr>
                <w:kern w:val="2"/>
                <w:szCs w:val="20"/>
                <w:lang w:val="nl-BE" w:eastAsia="fr-BE"/>
                <w14:ligatures w14:val="standardContextual"/>
              </w:rPr>
            </w:pPr>
            <w:r w:rsidRPr="00010C26">
              <w:rPr>
                <w:b/>
                <w:bCs/>
                <w:color w:val="FFFFFF"/>
                <w:sz w:val="19"/>
                <w:szCs w:val="19"/>
                <w:lang w:val="nl-BE"/>
              </w:rPr>
              <w:t>Aanwezig</w:t>
            </w:r>
          </w:p>
        </w:tc>
      </w:tr>
      <w:tr w:rsidR="00AA6285" w:rsidRPr="00010C26" w14:paraId="07226EC1" w14:textId="77777777" w:rsidTr="00A36599">
        <w:trPr>
          <w:trHeight w:val="284"/>
          <w:jc w:val="center"/>
        </w:trPr>
        <w:tc>
          <w:tcPr>
            <w:tcW w:w="0" w:type="auto"/>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0503E149" w14:textId="559F1CC1" w:rsidR="00AA6285" w:rsidRPr="00010C26" w:rsidRDefault="003E042D" w:rsidP="003E042D">
            <w:pPr>
              <w:spacing w:after="40" w:line="252" w:lineRule="auto"/>
              <w:rPr>
                <w:kern w:val="2"/>
                <w:szCs w:val="20"/>
                <w:lang w:val="nl-BE" w:eastAsia="fr-BE"/>
                <w14:ligatures w14:val="standardContextual"/>
              </w:rPr>
            </w:pPr>
            <w:r w:rsidRPr="00010C26">
              <w:rPr>
                <w:sz w:val="18"/>
                <w:szCs w:val="18"/>
                <w:lang w:val="nl-BE"/>
              </w:rPr>
              <w:t>Het formulier is ingevuld en ondertekend.</w:t>
            </w:r>
          </w:p>
        </w:tc>
        <w:tc>
          <w:tcPr>
            <w:tcW w:w="1040"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22829888" w14:textId="77777777" w:rsidR="00AA6285" w:rsidRPr="00010C26" w:rsidRDefault="00AA6285">
            <w:pPr>
              <w:spacing w:after="40" w:line="252" w:lineRule="auto"/>
              <w:jc w:val="center"/>
              <w:rPr>
                <w:lang w:val="nl-BE"/>
              </w:rPr>
            </w:pPr>
            <w:r w:rsidRPr="00010C26">
              <w:rPr>
                <w:sz w:val="26"/>
                <w:lang w:val="nl-BE"/>
              </w:rPr>
              <w:t>☐</w:t>
            </w:r>
          </w:p>
        </w:tc>
      </w:tr>
      <w:tr w:rsidR="00AA6285" w:rsidRPr="00010C26" w14:paraId="6BC3CB0D" w14:textId="77777777" w:rsidTr="00A36599">
        <w:trPr>
          <w:trHeight w:val="284"/>
          <w:jc w:val="center"/>
        </w:trPr>
        <w:tc>
          <w:tcPr>
            <w:tcW w:w="0" w:type="auto"/>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4EFF9CD2" w14:textId="0741D317" w:rsidR="00AA6285" w:rsidRPr="00010C26" w:rsidRDefault="003E042D" w:rsidP="003E042D">
            <w:pPr>
              <w:spacing w:after="40" w:line="252" w:lineRule="auto"/>
              <w:rPr>
                <w:kern w:val="2"/>
                <w:szCs w:val="20"/>
                <w:lang w:val="nl-BE" w:eastAsia="fr-BE"/>
                <w14:ligatures w14:val="standardContextual"/>
              </w:rPr>
            </w:pPr>
            <w:r w:rsidRPr="00010C26">
              <w:rPr>
                <w:sz w:val="18"/>
                <w:szCs w:val="18"/>
                <w:lang w:val="nl-BE"/>
              </w:rPr>
              <w:t>De beraadslaging van het college is bijgevoegd.</w:t>
            </w:r>
          </w:p>
        </w:tc>
        <w:tc>
          <w:tcPr>
            <w:tcW w:w="1040"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2E2565EC" w14:textId="77777777" w:rsidR="00AA6285" w:rsidRPr="00010C26" w:rsidRDefault="00AA6285">
            <w:pPr>
              <w:spacing w:after="40" w:line="252" w:lineRule="auto"/>
              <w:jc w:val="center"/>
              <w:rPr>
                <w:lang w:val="nl-BE"/>
              </w:rPr>
            </w:pPr>
            <w:r w:rsidRPr="00010C26">
              <w:rPr>
                <w:sz w:val="26"/>
                <w:lang w:val="nl-BE"/>
              </w:rPr>
              <w:t>☐</w:t>
            </w:r>
          </w:p>
        </w:tc>
      </w:tr>
      <w:tr w:rsidR="00AA6285" w:rsidRPr="00010C26" w14:paraId="5E2CDC53" w14:textId="77777777" w:rsidTr="00A36599">
        <w:trPr>
          <w:trHeight w:val="284"/>
          <w:jc w:val="center"/>
        </w:trPr>
        <w:tc>
          <w:tcPr>
            <w:tcW w:w="0" w:type="auto"/>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51519407" w14:textId="70E55239" w:rsidR="00AA6285" w:rsidRPr="00010C26" w:rsidRDefault="003E042D" w:rsidP="003E042D">
            <w:pPr>
              <w:spacing w:after="40" w:line="252" w:lineRule="auto"/>
              <w:rPr>
                <w:kern w:val="2"/>
                <w:szCs w:val="20"/>
                <w:lang w:val="nl-BE" w:eastAsia="fr-BE"/>
                <w14:ligatures w14:val="standardContextual"/>
              </w:rPr>
            </w:pPr>
            <w:r w:rsidRPr="00010C26">
              <w:rPr>
                <w:sz w:val="18"/>
                <w:szCs w:val="18"/>
                <w:lang w:val="nl-BE"/>
              </w:rPr>
              <w:t>De volledige beschrijving van het project is bijgevoegd of geïntegreerd.</w:t>
            </w:r>
          </w:p>
        </w:tc>
        <w:tc>
          <w:tcPr>
            <w:tcW w:w="1040"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00692E96" w14:textId="77777777" w:rsidR="00AA6285" w:rsidRPr="00010C26" w:rsidRDefault="00AA6285">
            <w:pPr>
              <w:spacing w:after="40" w:line="252" w:lineRule="auto"/>
              <w:jc w:val="center"/>
              <w:rPr>
                <w:lang w:val="nl-BE"/>
              </w:rPr>
            </w:pPr>
            <w:r w:rsidRPr="00010C26">
              <w:rPr>
                <w:sz w:val="26"/>
                <w:lang w:val="nl-BE"/>
              </w:rPr>
              <w:t>☐</w:t>
            </w:r>
          </w:p>
        </w:tc>
      </w:tr>
      <w:tr w:rsidR="00AA6285" w:rsidRPr="00010C26" w14:paraId="5E6FAF68" w14:textId="77777777" w:rsidTr="00A36599">
        <w:trPr>
          <w:trHeight w:val="284"/>
          <w:jc w:val="center"/>
        </w:trPr>
        <w:tc>
          <w:tcPr>
            <w:tcW w:w="0" w:type="auto"/>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7A0D3FF4" w14:textId="6A8349C9" w:rsidR="00AA6285" w:rsidRPr="00010C26" w:rsidRDefault="003E042D" w:rsidP="003E042D">
            <w:pPr>
              <w:spacing w:after="40" w:line="252" w:lineRule="auto"/>
              <w:rPr>
                <w:kern w:val="2"/>
                <w:szCs w:val="20"/>
                <w:lang w:val="nl-BE" w:eastAsia="fr-BE"/>
                <w14:ligatures w14:val="standardContextual"/>
              </w:rPr>
            </w:pPr>
            <w:r w:rsidRPr="00010C26">
              <w:rPr>
                <w:sz w:val="18"/>
                <w:szCs w:val="18"/>
                <w:lang w:val="nl-BE"/>
              </w:rPr>
              <w:t>De gedetailleerde begroting is bijgevoegd.</w:t>
            </w:r>
          </w:p>
        </w:tc>
        <w:tc>
          <w:tcPr>
            <w:tcW w:w="1040"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764F6201" w14:textId="77777777" w:rsidR="00AA6285" w:rsidRPr="00010C26" w:rsidRDefault="00AA6285">
            <w:pPr>
              <w:spacing w:after="40" w:line="252" w:lineRule="auto"/>
              <w:jc w:val="center"/>
              <w:rPr>
                <w:lang w:val="nl-BE"/>
              </w:rPr>
            </w:pPr>
            <w:r w:rsidRPr="00010C26">
              <w:rPr>
                <w:sz w:val="26"/>
                <w:lang w:val="nl-BE"/>
              </w:rPr>
              <w:t>☐</w:t>
            </w:r>
          </w:p>
        </w:tc>
      </w:tr>
      <w:tr w:rsidR="00AA6285" w:rsidRPr="00010C26" w14:paraId="3B6894B9" w14:textId="77777777" w:rsidTr="00A36599">
        <w:trPr>
          <w:trHeight w:val="284"/>
          <w:jc w:val="center"/>
        </w:trPr>
        <w:tc>
          <w:tcPr>
            <w:tcW w:w="0" w:type="auto"/>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7DA90A1C" w14:textId="5F91E0F5" w:rsidR="00AA6285" w:rsidRPr="00010C26" w:rsidRDefault="003E042D" w:rsidP="003E042D">
            <w:pPr>
              <w:spacing w:after="40" w:line="252" w:lineRule="auto"/>
              <w:rPr>
                <w:kern w:val="2"/>
                <w:szCs w:val="20"/>
                <w:lang w:val="nl-BE" w:eastAsia="fr-BE"/>
                <w14:ligatures w14:val="standardContextual"/>
              </w:rPr>
            </w:pPr>
            <w:r w:rsidRPr="00010C26">
              <w:rPr>
                <w:sz w:val="18"/>
                <w:szCs w:val="18"/>
                <w:lang w:val="nl-BE"/>
              </w:rPr>
              <w:t>De planning en, in voorkomend geval, de risicoanalyse zijn bijgevoegd.</w:t>
            </w:r>
          </w:p>
        </w:tc>
        <w:tc>
          <w:tcPr>
            <w:tcW w:w="1040"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69995BED" w14:textId="77777777" w:rsidR="00AA6285" w:rsidRPr="00010C26" w:rsidRDefault="00AA6285">
            <w:pPr>
              <w:spacing w:after="40" w:line="252" w:lineRule="auto"/>
              <w:jc w:val="center"/>
              <w:rPr>
                <w:lang w:val="nl-BE"/>
              </w:rPr>
            </w:pPr>
            <w:r w:rsidRPr="00010C26">
              <w:rPr>
                <w:sz w:val="26"/>
                <w:lang w:val="nl-BE"/>
              </w:rPr>
              <w:t>☐</w:t>
            </w:r>
          </w:p>
        </w:tc>
      </w:tr>
      <w:tr w:rsidR="00AA6285" w:rsidRPr="00010C26" w14:paraId="7A088792" w14:textId="77777777" w:rsidTr="00A36599">
        <w:trPr>
          <w:trHeight w:val="284"/>
          <w:jc w:val="center"/>
        </w:trPr>
        <w:tc>
          <w:tcPr>
            <w:tcW w:w="0" w:type="auto"/>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361E6030" w14:textId="100B9FB5" w:rsidR="00AA6285" w:rsidRPr="00010C26" w:rsidRDefault="00010C26" w:rsidP="00010C26">
            <w:pPr>
              <w:spacing w:after="40" w:line="252" w:lineRule="auto"/>
              <w:rPr>
                <w:kern w:val="2"/>
                <w:szCs w:val="20"/>
                <w:lang w:val="nl-BE" w:eastAsia="fr-BE"/>
                <w14:ligatures w14:val="standardContextual"/>
              </w:rPr>
            </w:pPr>
            <w:r w:rsidRPr="00010C26">
              <w:rPr>
                <w:sz w:val="18"/>
                <w:szCs w:val="18"/>
                <w:lang w:val="nl-BE"/>
              </w:rPr>
              <w:t>De nota’s met betrekking tot de leefomgeving en de verhouding tussen de investering en de verwachte voordelen zijn bijgevoegd.</w:t>
            </w:r>
          </w:p>
        </w:tc>
        <w:tc>
          <w:tcPr>
            <w:tcW w:w="1040"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756D37F4" w14:textId="77777777" w:rsidR="00AA6285" w:rsidRPr="00010C26" w:rsidRDefault="00AA6285">
            <w:pPr>
              <w:spacing w:after="40" w:line="252" w:lineRule="auto"/>
              <w:jc w:val="center"/>
              <w:rPr>
                <w:lang w:val="nl-BE"/>
              </w:rPr>
            </w:pPr>
            <w:r w:rsidRPr="00010C26">
              <w:rPr>
                <w:sz w:val="26"/>
                <w:lang w:val="nl-BE"/>
              </w:rPr>
              <w:t>☐</w:t>
            </w:r>
          </w:p>
        </w:tc>
      </w:tr>
      <w:tr w:rsidR="00AA6285" w:rsidRPr="00010C26" w14:paraId="53A17874" w14:textId="77777777" w:rsidTr="00A36599">
        <w:trPr>
          <w:trHeight w:val="284"/>
          <w:jc w:val="center"/>
        </w:trPr>
        <w:tc>
          <w:tcPr>
            <w:tcW w:w="0" w:type="auto"/>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3445D6AA" w14:textId="53DC46BB" w:rsidR="00AA6285" w:rsidRPr="00010C26" w:rsidRDefault="003E042D" w:rsidP="003E042D">
            <w:pPr>
              <w:spacing w:after="40" w:line="252" w:lineRule="auto"/>
              <w:rPr>
                <w:kern w:val="2"/>
                <w:szCs w:val="20"/>
                <w:lang w:val="nl-BE" w:eastAsia="fr-BE"/>
                <w14:ligatures w14:val="standardContextual"/>
              </w:rPr>
            </w:pPr>
            <w:r w:rsidRPr="00010C26">
              <w:rPr>
                <w:sz w:val="18"/>
                <w:szCs w:val="18"/>
                <w:lang w:val="nl-BE"/>
              </w:rPr>
              <w:t>De elementen met betrekking tot de wijk die als achtergesteld wordt beschouwd zijn bijgevoegd, indien van toepassing.</w:t>
            </w:r>
          </w:p>
        </w:tc>
        <w:tc>
          <w:tcPr>
            <w:tcW w:w="1040"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69328EE9" w14:textId="77777777" w:rsidR="00AA6285" w:rsidRPr="00010C26" w:rsidRDefault="00AA6285">
            <w:pPr>
              <w:spacing w:after="40" w:line="252" w:lineRule="auto"/>
              <w:jc w:val="center"/>
              <w:rPr>
                <w:lang w:val="nl-BE"/>
              </w:rPr>
            </w:pPr>
            <w:r w:rsidRPr="00010C26">
              <w:rPr>
                <w:sz w:val="26"/>
                <w:lang w:val="nl-BE"/>
              </w:rPr>
              <w:t>☐</w:t>
            </w:r>
          </w:p>
        </w:tc>
      </w:tr>
      <w:tr w:rsidR="00AA6285" w:rsidRPr="00010C26" w14:paraId="5B4A7566" w14:textId="77777777" w:rsidTr="00A36599">
        <w:trPr>
          <w:trHeight w:val="284"/>
          <w:jc w:val="center"/>
        </w:trPr>
        <w:tc>
          <w:tcPr>
            <w:tcW w:w="0" w:type="auto"/>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7496E4FC" w14:textId="5D11742E" w:rsidR="00AA6285" w:rsidRPr="00010C26" w:rsidRDefault="003E042D" w:rsidP="003E042D">
            <w:pPr>
              <w:spacing w:after="40" w:line="252" w:lineRule="auto"/>
              <w:rPr>
                <w:kern w:val="2"/>
                <w:szCs w:val="20"/>
                <w:lang w:val="nl-BE" w:eastAsia="fr-BE"/>
                <w14:ligatures w14:val="standardContextual"/>
              </w:rPr>
            </w:pPr>
            <w:r w:rsidRPr="00010C26">
              <w:rPr>
                <w:sz w:val="18"/>
                <w:szCs w:val="18"/>
                <w:lang w:val="nl-BE"/>
              </w:rPr>
              <w:t>Het volledige dossier wordt vóór de uiterste datum bezorgd aan plaatselijke-besturen@gob.brussels.</w:t>
            </w:r>
          </w:p>
        </w:tc>
        <w:tc>
          <w:tcPr>
            <w:tcW w:w="1040" w:type="dxa"/>
            <w:tcBorders>
              <w:top w:val="single" w:sz="6" w:space="0" w:color="D9D9D9"/>
              <w:left w:val="single" w:sz="6" w:space="0" w:color="D9D9D9"/>
              <w:bottom w:val="single" w:sz="6" w:space="0" w:color="D9D9D9"/>
              <w:right w:val="single" w:sz="6" w:space="0" w:color="D9D9D9"/>
            </w:tcBorders>
            <w:tcMar>
              <w:top w:w="130" w:type="dxa"/>
              <w:left w:w="130" w:type="dxa"/>
              <w:bottom w:w="130" w:type="dxa"/>
              <w:right w:w="130" w:type="dxa"/>
            </w:tcMar>
            <w:vAlign w:val="center"/>
          </w:tcPr>
          <w:p w14:paraId="12763135" w14:textId="77777777" w:rsidR="00AA6285" w:rsidRPr="00010C26" w:rsidRDefault="00AA6285">
            <w:pPr>
              <w:spacing w:after="40" w:line="252" w:lineRule="auto"/>
              <w:jc w:val="center"/>
              <w:rPr>
                <w:lang w:val="nl-BE"/>
              </w:rPr>
            </w:pPr>
            <w:r w:rsidRPr="00010C26">
              <w:rPr>
                <w:sz w:val="26"/>
                <w:lang w:val="nl-BE"/>
              </w:rPr>
              <w:t>☐</w:t>
            </w:r>
          </w:p>
        </w:tc>
      </w:tr>
    </w:tbl>
    <w:p w14:paraId="5286BE45" w14:textId="77777777" w:rsidR="009D0301" w:rsidRPr="00010C26" w:rsidRDefault="009D0301">
      <w:pPr>
        <w:spacing w:after="60"/>
        <w:rPr>
          <w:lang w:val="nl-BE"/>
        </w:rPr>
      </w:pPr>
    </w:p>
    <w:sectPr w:rsidR="009D0301" w:rsidRPr="00010C26" w:rsidSect="00AA6285">
      <w:headerReference w:type="default" r:id="rId11"/>
      <w:footerReference w:type="default" r:id="rId12"/>
      <w:pgSz w:w="12240" w:h="15840"/>
      <w:pgMar w:top="850" w:right="964" w:bottom="907" w:left="96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B440A" w14:textId="77777777" w:rsidR="006539B8" w:rsidRDefault="006539B8">
      <w:pPr>
        <w:spacing w:after="0" w:line="240" w:lineRule="auto"/>
      </w:pPr>
      <w:r>
        <w:separator/>
      </w:r>
    </w:p>
  </w:endnote>
  <w:endnote w:type="continuationSeparator" w:id="0">
    <w:p w14:paraId="3CA3535F" w14:textId="77777777" w:rsidR="006539B8" w:rsidRDefault="00653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653772"/>
      <w:docPartObj>
        <w:docPartGallery w:val="Page Numbers (Bottom of Page)"/>
        <w:docPartUnique/>
      </w:docPartObj>
    </w:sdtPr>
    <w:sdtContent>
      <w:p w14:paraId="7E900F1E" w14:textId="7A8A37FE" w:rsidR="000C171B" w:rsidRDefault="000C171B">
        <w:pPr>
          <w:pStyle w:val="Pieddepage"/>
          <w:jc w:val="right"/>
        </w:pPr>
        <w:r>
          <w:fldChar w:fldCharType="begin"/>
        </w:r>
        <w:r>
          <w:instrText>PAGE   \* MERGEFORMAT</w:instrText>
        </w:r>
        <w:r>
          <w:fldChar w:fldCharType="separate"/>
        </w:r>
        <w:r>
          <w:rPr>
            <w:lang w:val="fr-FR"/>
          </w:rPr>
          <w:t>2</w:t>
        </w:r>
        <w:r>
          <w:fldChar w:fldCharType="end"/>
        </w:r>
      </w:p>
    </w:sdtContent>
  </w:sdt>
  <w:p w14:paraId="0427CA0B" w14:textId="096B906B" w:rsidR="009D0301" w:rsidRPr="000C171B" w:rsidRDefault="009D0301" w:rsidP="000C171B">
    <w:pPr>
      <w:pStyle w:val="Pieddepage"/>
      <w:jc w:val="cen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07F76" w14:textId="77777777" w:rsidR="006539B8" w:rsidRDefault="006539B8">
      <w:pPr>
        <w:spacing w:after="0" w:line="240" w:lineRule="auto"/>
      </w:pPr>
      <w:r>
        <w:separator/>
      </w:r>
    </w:p>
  </w:footnote>
  <w:footnote w:type="continuationSeparator" w:id="0">
    <w:p w14:paraId="61BAADCD" w14:textId="77777777" w:rsidR="006539B8" w:rsidRDefault="00653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45A4" w14:textId="5D714F7F" w:rsidR="009D0301" w:rsidRDefault="00C973FC" w:rsidP="00AA6285">
    <w:pPr>
      <w:pStyle w:val="En-tte"/>
      <w:tabs>
        <w:tab w:val="clear" w:pos="4680"/>
        <w:tab w:val="center" w:pos="567"/>
      </w:tabs>
    </w:pPr>
    <w:r>
      <w:rPr>
        <w:noProof/>
      </w:rPr>
      <w:drawing>
        <wp:inline distT="0" distB="0" distL="0" distR="0" wp14:anchorId="5F03AD07" wp14:editId="22610593">
          <wp:extent cx="2350008" cy="524256"/>
          <wp:effectExtent l="0" t="0" r="0" b="9525"/>
          <wp:docPr id="18108991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99124" name="Image 1810899124"/>
                  <pic:cNvPicPr/>
                </pic:nvPicPr>
                <pic:blipFill>
                  <a:blip r:embed="rId1"/>
                  <a:stretch>
                    <a:fillRect/>
                  </a:stretch>
                </pic:blipFill>
                <pic:spPr>
                  <a:xfrm>
                    <a:off x="0" y="0"/>
                    <a:ext cx="2350008" cy="524256"/>
                  </a:xfrm>
                  <a:prstGeom prst="rect">
                    <a:avLst/>
                  </a:prstGeom>
                </pic:spPr>
              </pic:pic>
            </a:graphicData>
          </a:graphic>
        </wp:inline>
      </w:drawing>
    </w:r>
  </w:p>
  <w:p w14:paraId="310FCA48" w14:textId="34DD7388" w:rsidR="00AA6285" w:rsidRDefault="00AA6285" w:rsidP="00AA6285">
    <w:pPr>
      <w:pStyle w:val="En-tte"/>
      <w:tabs>
        <w:tab w:val="clear" w:pos="4680"/>
        <w:tab w:val="center" w:pos="56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53322335">
    <w:abstractNumId w:val="8"/>
  </w:num>
  <w:num w:numId="2" w16cid:durableId="421529752">
    <w:abstractNumId w:val="6"/>
  </w:num>
  <w:num w:numId="3" w16cid:durableId="99228115">
    <w:abstractNumId w:val="5"/>
  </w:num>
  <w:num w:numId="4" w16cid:durableId="1450247678">
    <w:abstractNumId w:val="4"/>
  </w:num>
  <w:num w:numId="5" w16cid:durableId="485317613">
    <w:abstractNumId w:val="7"/>
  </w:num>
  <w:num w:numId="6" w16cid:durableId="333000503">
    <w:abstractNumId w:val="3"/>
  </w:num>
  <w:num w:numId="7" w16cid:durableId="1567183361">
    <w:abstractNumId w:val="2"/>
  </w:num>
  <w:num w:numId="8" w16cid:durableId="258679959">
    <w:abstractNumId w:val="1"/>
  </w:num>
  <w:num w:numId="9" w16cid:durableId="619606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C26"/>
    <w:rsid w:val="00034616"/>
    <w:rsid w:val="0006063C"/>
    <w:rsid w:val="000C171B"/>
    <w:rsid w:val="000C5404"/>
    <w:rsid w:val="000F19F4"/>
    <w:rsid w:val="0015074B"/>
    <w:rsid w:val="00160669"/>
    <w:rsid w:val="001B02E9"/>
    <w:rsid w:val="001F706E"/>
    <w:rsid w:val="00247707"/>
    <w:rsid w:val="0029639D"/>
    <w:rsid w:val="002E0487"/>
    <w:rsid w:val="00326F90"/>
    <w:rsid w:val="003309CE"/>
    <w:rsid w:val="00381590"/>
    <w:rsid w:val="003D186D"/>
    <w:rsid w:val="003E042D"/>
    <w:rsid w:val="003E3071"/>
    <w:rsid w:val="003E7317"/>
    <w:rsid w:val="004237AF"/>
    <w:rsid w:val="00462B3A"/>
    <w:rsid w:val="00483266"/>
    <w:rsid w:val="004C765D"/>
    <w:rsid w:val="004D0237"/>
    <w:rsid w:val="0050070E"/>
    <w:rsid w:val="00563154"/>
    <w:rsid w:val="006539B8"/>
    <w:rsid w:val="00703480"/>
    <w:rsid w:val="00757034"/>
    <w:rsid w:val="0077451A"/>
    <w:rsid w:val="007875D3"/>
    <w:rsid w:val="00787CE9"/>
    <w:rsid w:val="007F2173"/>
    <w:rsid w:val="008451E0"/>
    <w:rsid w:val="008B7B1A"/>
    <w:rsid w:val="008C3F8B"/>
    <w:rsid w:val="009D0301"/>
    <w:rsid w:val="00A36599"/>
    <w:rsid w:val="00A7719C"/>
    <w:rsid w:val="00AA1D8D"/>
    <w:rsid w:val="00AA6285"/>
    <w:rsid w:val="00AB1E58"/>
    <w:rsid w:val="00B03BB5"/>
    <w:rsid w:val="00B26FFC"/>
    <w:rsid w:val="00B47730"/>
    <w:rsid w:val="00BF0C51"/>
    <w:rsid w:val="00BF7E56"/>
    <w:rsid w:val="00C0176A"/>
    <w:rsid w:val="00C243BE"/>
    <w:rsid w:val="00C973FC"/>
    <w:rsid w:val="00CB0664"/>
    <w:rsid w:val="00D03F3E"/>
    <w:rsid w:val="00D3344D"/>
    <w:rsid w:val="00D67699"/>
    <w:rsid w:val="00DE616C"/>
    <w:rsid w:val="00E603E6"/>
    <w:rsid w:val="00EE5624"/>
    <w:rsid w:val="00EF0534"/>
    <w:rsid w:val="00F21EFF"/>
    <w:rsid w:val="00F311CD"/>
    <w:rsid w:val="00FC44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9B6391"/>
  <w14:defaultImageDpi w14:val="300"/>
  <w15:docId w15:val="{ADCA9C83-81BE-41A5-A9C5-77749EB7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480"/>
    <w:pPr>
      <w:spacing w:after="80" w:line="259" w:lineRule="auto"/>
    </w:pPr>
    <w:rPr>
      <w:rFonts w:ascii="Calibri" w:eastAsia="Calibri" w:hAnsi="Calibri"/>
      <w:color w:val="222222"/>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e xmlns="e604605e-22fb-409f-92c1-68be77b310f8" xsi:nil="true"/>
    <Ann_x00e9_e xmlns="e604605e-22fb-409f-92c1-68be77b310f8" xsi:nil="true"/>
    <Apublier xmlns="e604605e-22fb-409f-92c1-68be77b310f8" xsi:nil="true"/>
    <UA xmlns="e604605e-22fb-409f-92c1-68be77b310f8" xsi:nil="true"/>
    <lcf76f155ced4ddcb4097134ff3c332f xmlns="e604605e-22fb-409f-92c1-68be77b310f8">
      <Terms xmlns="http://schemas.microsoft.com/office/infopath/2007/PartnerControls"/>
    </lcf76f155ced4ddcb4097134ff3c332f>
    <Fichier xmlns="e604605e-22fb-409f-92c1-68be77b310f8" xsi:nil="true"/>
    <Document_travail xmlns="e604605e-22fb-409f-92c1-68be77b310f8" xsi:nil="true"/>
    <Publication xmlns="e604605e-22fb-409f-92c1-68be77b310f8" xsi:nil="true"/>
    <Objet xmlns="e604605e-22fb-409f-92c1-68be77b310f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89CDE481C194346AC1C3181CA8EF29F" ma:contentTypeVersion="26" ma:contentTypeDescription="Crée un document." ma:contentTypeScope="" ma:versionID="5c15994ce817e6d365af8a79ce9e5f29">
  <xsd:schema xmlns:xsd="http://www.w3.org/2001/XMLSchema" xmlns:xs="http://www.w3.org/2001/XMLSchema" xmlns:p="http://schemas.microsoft.com/office/2006/metadata/properties" xmlns:ns2="e604605e-22fb-409f-92c1-68be77b310f8" xmlns:ns3="7e7c50e0-05bd-4ad3-bbcd-fcac9451d0c9" targetNamespace="http://schemas.microsoft.com/office/2006/metadata/properties" ma:root="true" ma:fieldsID="338e058ef10b6c09a212aa7510f5e687" ns2:_="" ns3:_="">
    <xsd:import namespace="e604605e-22fb-409f-92c1-68be77b310f8"/>
    <xsd:import namespace="7e7c50e0-05bd-4ad3-bbcd-fcac9451d0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Fichier" minOccurs="0"/>
                <xsd:element ref="ns2:Document_travail" minOccurs="0"/>
                <xsd:element ref="ns2:Apublier" minOccurs="0"/>
                <xsd:element ref="ns2:Langue" minOccurs="0"/>
                <xsd:element ref="ns3:SharedWithUsers" minOccurs="0"/>
                <xsd:element ref="ns3:SharedWithDetails" minOccurs="0"/>
                <xsd:element ref="ns2:UA" minOccurs="0"/>
                <xsd:element ref="ns2:MediaLengthInSeconds" minOccurs="0"/>
                <xsd:element ref="ns2:Publication" minOccurs="0"/>
                <xsd:element ref="ns2:Ann_x00e9_e" minOccurs="0"/>
                <xsd:element ref="ns2:Objet"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4605e-22fb-409f-92c1-68be77b31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Fichier" ma:index="16" nillable="true" ma:displayName="Fichier" ma:format="Dropdown" ma:internalName="Fichier">
      <xsd:simpleType>
        <xsd:union memberTypes="dms:Text">
          <xsd:simpleType>
            <xsd:restriction base="dms:Choice">
              <xsd:enumeration value="Word"/>
              <xsd:enumeration value="Excel"/>
              <xsd:enumeration value="PowerPoint"/>
              <xsd:enumeration value="pdf"/>
              <xsd:enumeration value="jpg"/>
              <xsd:enumeration value="png"/>
              <xsd:enumeration value="gif"/>
              <xsd:enumeration value="Ai"/>
              <xsd:enumeration value="Id"/>
              <xsd:enumeration value="Ps"/>
            </xsd:restriction>
          </xsd:simpleType>
        </xsd:union>
      </xsd:simpleType>
    </xsd:element>
    <xsd:element name="Document_travail" ma:index="17" nillable="true" ma:displayName="Type_document" ma:format="Dropdown" ma:internalName="Document_travail">
      <xsd:simpleType>
        <xsd:restriction base="dms:Choice">
          <xsd:enumeration value="Loi"/>
          <xsd:enumeration value="Ordonnance"/>
          <xsd:enumeration value="Décret"/>
          <xsd:enumeration value="Arrêté_Gouvernement"/>
          <xsd:enumeration value="Arrêté_ministériel"/>
          <xsd:enumeration value="Arrêté_Cocom"/>
          <xsd:enumeration value="Arrêté_Cocof"/>
          <xsd:enumeration value="Arrêté_VGC"/>
          <xsd:enumeration value="Circulaire"/>
          <xsd:enumeration value="Convention"/>
          <xsd:enumeration value="Directive"/>
          <xsd:enumeration value="Règlement"/>
        </xsd:restriction>
      </xsd:simpleType>
    </xsd:element>
    <xsd:element name="Apublier" ma:index="18" nillable="true" ma:displayName="Statut" ma:format="Dropdown" ma:internalName="Apublier">
      <xsd:complexType>
        <xsd:complexContent>
          <xsd:extension base="dms:MultiChoice">
            <xsd:sequence>
              <xsd:element name="Value" maxOccurs="unbounded" minOccurs="0" nillable="true">
                <xsd:simpleType>
                  <xsd:restriction base="dms:Choice">
                    <xsd:enumeration value="En cours"/>
                    <xsd:enumeration value="A publier"/>
                    <xsd:enumeration value="A supprimer"/>
                    <xsd:enumeration value="Publié"/>
                    <xsd:enumeration value="Validé"/>
                    <xsd:enumeration value="Transmis Dircom"/>
                  </xsd:restriction>
                </xsd:simpleType>
              </xsd:element>
            </xsd:sequence>
          </xsd:extension>
        </xsd:complexContent>
      </xsd:complexType>
    </xsd:element>
    <xsd:element name="Langue" ma:index="19" nillable="true" ma:displayName="Langue" ma:format="Dropdown" ma:internalName="Langue">
      <xsd:simpleType>
        <xsd:restriction base="dms:Choice">
          <xsd:enumeration value="FR"/>
          <xsd:enumeration value="NL"/>
          <xsd:enumeration value="FR_NL"/>
        </xsd:restriction>
      </xsd:simpleType>
    </xsd:element>
    <xsd:element name="UA" ma:index="22" nillable="true" ma:displayName="UA" ma:format="Dropdown" ma:internalName="UA">
      <xsd:simpleType>
        <xsd:restriction base="dms:Choice">
          <xsd:enumeration value="BPL"/>
          <xsd:enumeration value="DG"/>
          <xsd:enumeration value="AFJ"/>
          <xsd:enumeration value="DFL"/>
          <xsd:enumeration value="DIN"/>
          <xsd:enumeration value="DPL"/>
          <xsd:enumeration value="DSF"/>
          <xsd:enumeration value="ISP"/>
          <xsd:enumeration value="MPU"/>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Publication" ma:index="26" nillable="true" ma:displayName="Support_Canal" ma:format="Dropdown" ma:internalName="Publication">
      <xsd:complexType>
        <xsd:complexContent>
          <xsd:extension base="dms:MultiChoiceFillIn">
            <xsd:sequence>
              <xsd:element name="Value" maxOccurs="unbounded" minOccurs="0" nillable="true">
                <xsd:simpleType>
                  <xsd:union memberTypes="dms:Text">
                    <xsd:simpleType>
                      <xsd:restriction base="dms:Choice">
                        <xsd:enumeration value="Intranet_BPL"/>
                        <xsd:enumeration value="Site_BPL"/>
                        <xsd:enumeration value="Site_Elections"/>
                        <xsd:enumeration value="Site_SPRB"/>
                        <xsd:enumeration value="1035"/>
                        <xsd:enumeration value="Rapport_activités"/>
                        <xsd:enumeration value="Newsletter"/>
                        <xsd:enumeration value="Digital Signage"/>
                        <xsd:enumeration value="Intranet_SPRB"/>
                        <xsd:enumeration value="Letsignit"/>
                      </xsd:restriction>
                    </xsd:simpleType>
                  </xsd:union>
                </xsd:simpleType>
              </xsd:element>
            </xsd:sequence>
          </xsd:extension>
        </xsd:complexContent>
      </xsd:complexType>
    </xsd:element>
    <xsd:element name="Ann_x00e9_e" ma:index="27" nillable="true" ma:displayName="Année" ma:format="Dropdown" ma:internalName="Ann_x00e9_e">
      <xsd:simpleType>
        <xsd:union memberTypes="dms:Text">
          <xsd:simpleType>
            <xsd:restriction base="dms:Choice">
              <xsd:enumeration value="2020"/>
              <xsd:enumeration value="2021"/>
              <xsd:enumeration value="2022"/>
              <xsd:enumeration value="2023"/>
            </xsd:restriction>
          </xsd:simpleType>
        </xsd:union>
      </xsd:simpleType>
    </xsd:element>
    <xsd:element name="Objet" ma:index="28" nillable="true" ma:displayName="Produits" ma:format="Dropdown" ma:internalName="Objet">
      <xsd:complexType>
        <xsd:complexContent>
          <xsd:extension base="dms:MultiChoice">
            <xsd:sequence>
              <xsd:element name="Value" maxOccurs="unbounded" minOccurs="0" nillable="true">
                <xsd:simpleType>
                  <xsd:restriction base="dms:Choice">
                    <xsd:enumeration value="Actualités"/>
                    <xsd:enumeration value="Avis"/>
                    <xsd:enumeration value="Données chiffrées"/>
                    <xsd:enumeration value="Fiche technique"/>
                    <xsd:enumeration value="Focus"/>
                    <xsd:enumeration value="Formulaire en ligne"/>
                    <xsd:enumeration value="Formulaire (.pdf)"/>
                    <xsd:enumeration value="Guide"/>
                    <xsd:enumeration value="Newsletter"/>
                    <xsd:enumeration value="Rapport"/>
                    <xsd:enumeration value="Législation"/>
                    <xsd:enumeration value="Illustration, photo"/>
                    <xsd:enumeration value="Vidéo"/>
                    <xsd:enumeration value="Logo"/>
                  </xsd:restriction>
                </xsd:simpleType>
              </xsd:element>
            </xsd:sequence>
          </xsd:extension>
        </xsd:complexContent>
      </xsd:complexType>
    </xsd:element>
    <xsd:element name="lcf76f155ced4ddcb4097134ff3c332f" ma:index="30" nillable="true" ma:taxonomy="true" ma:internalName="lcf76f155ced4ddcb4097134ff3c332f" ma:taxonomyFieldName="MediaServiceImageTags" ma:displayName="Balises d’images" ma:readOnly="false" ma:fieldId="{5cf76f15-5ced-4ddc-b409-7134ff3c332f}" ma:taxonomyMulti="true" ma:sspId="57b2d657-d973-4862-aa1b-1284b6977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c50e0-05bd-4ad3-bbcd-fcac9451d0c9" elementFormDefault="qualified">
    <xsd:import namespace="http://schemas.microsoft.com/office/2006/documentManagement/types"/>
    <xsd:import namespace="http://schemas.microsoft.com/office/infopath/2007/PartnerControls"/>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E32756-70F7-44FD-9DB9-540D09748D78}">
  <ds:schemaRefs>
    <ds:schemaRef ds:uri="http://schemas.microsoft.com/office/2006/metadata/properties"/>
    <ds:schemaRef ds:uri="http://schemas.microsoft.com/office/infopath/2007/PartnerControls"/>
    <ds:schemaRef ds:uri="e604605e-22fb-409f-92c1-68be77b310f8"/>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EE788381-1996-47BD-9DE4-6DD6D1899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4605e-22fb-409f-92c1-68be77b310f8"/>
    <ds:schemaRef ds:uri="7e7c50e0-05bd-4ad3-bbcd-fcac9451d0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A4A15C-B057-416D-B657-FA4613AF57EA}">
  <ds:schemaRefs>
    <ds:schemaRef ds:uri="http://schemas.microsoft.com/sharepoint/v3/contenttype/forms"/>
  </ds:schemaRefs>
</ds:datastoreItem>
</file>

<file path=docMetadata/LabelInfo.xml><?xml version="1.0" encoding="utf-8"?>
<clbl:labelList xmlns:clbl="http://schemas.microsoft.com/office/2020/mipLabelMetadata">
  <clbl:label id="{672deb0f-abfd-479d-a5f7-4920992c1739}" enabled="1" method="Standard" siteId="{3e9f03cd-0512-46dc-b0d4-bb48fa70fcf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6</Pages>
  <Words>803</Words>
  <Characters>4808</Characters>
  <Application>Microsoft Office Word</Application>
  <DocSecurity>0</DocSecurity>
  <Lines>267</Lines>
  <Paragraphs>121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BEIRENS Françoise</dc:creator>
  <cp:keywords/>
  <dc:description>generated by python-docx</dc:description>
  <cp:lastModifiedBy>DAUW Véronique</cp:lastModifiedBy>
  <cp:revision>6</cp:revision>
  <dcterms:created xsi:type="dcterms:W3CDTF">2026-07-30T10:42:00Z</dcterms:created>
  <dcterms:modified xsi:type="dcterms:W3CDTF">2026-07-30T10:48:00Z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0x010100F89CDE481C194346AC1C3181CA8EF29F</vt:lpwstr>
  </property>
  <property fmtid="{D5CDD505-2E9C-101B-9397-08002B2CF9AE}" pid="3" name="MediaServiceImageTags">
    <vt:lpwstr/>
  </property>
</Properties>
</file>